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0C5E87" w14:textId="55E69BF6" w:rsidR="00731A8F" w:rsidRDefault="00B11C98" w:rsidP="00D67B7C">
      <w:pPr>
        <w:spacing w:after="0" w:line="240" w:lineRule="auto"/>
        <w:ind w:left="792" w:right="792"/>
        <w:jc w:val="center"/>
        <w:rPr>
          <w:rFonts w:cs="Times New Roman"/>
          <w:b/>
          <w:color w:val="548DD4" w:themeColor="text2" w:themeTint="99"/>
          <w:sz w:val="22"/>
        </w:rPr>
      </w:pPr>
      <w:r>
        <w:rPr>
          <w:rFonts w:cs="Times New Roman"/>
          <w:b/>
          <w:color w:val="548DD4" w:themeColor="text2" w:themeTint="99"/>
          <w:sz w:val="22"/>
        </w:rPr>
        <w:t>ARTIKEL RISET</w:t>
      </w:r>
    </w:p>
    <w:p w14:paraId="0AF9FD25" w14:textId="77777777" w:rsidR="00D67B7C" w:rsidRDefault="00D67B7C" w:rsidP="00D67B7C">
      <w:pPr>
        <w:spacing w:after="0" w:line="240" w:lineRule="auto"/>
        <w:ind w:left="792" w:right="792"/>
        <w:jc w:val="center"/>
        <w:rPr>
          <w:rFonts w:cs="Times New Roman"/>
          <w:b/>
          <w:color w:val="548DD4" w:themeColor="text2" w:themeTint="99"/>
          <w:sz w:val="22"/>
        </w:rPr>
      </w:pPr>
    </w:p>
    <w:p w14:paraId="7F44BB73" w14:textId="61AAA2C4" w:rsidR="00731A8F" w:rsidRDefault="00B11C98" w:rsidP="00D67B7C">
      <w:pPr>
        <w:pStyle w:val="JHKTitle"/>
        <w:spacing w:after="0" w:line="240" w:lineRule="auto"/>
        <w:ind w:left="792" w:right="792"/>
      </w:pPr>
      <w:r>
        <w:t xml:space="preserve">[Judul Artikel Dalam Bahasa Indonesia] </w:t>
      </w:r>
      <w:r>
        <w:rPr>
          <w:b w:val="0"/>
          <w:bCs/>
          <w:sz w:val="20"/>
          <w:szCs w:val="20"/>
        </w:rPr>
        <w:t>[T</w:t>
      </w:r>
      <w:r w:rsidRPr="002A7A8A">
        <w:rPr>
          <w:b w:val="0"/>
          <w:bCs/>
          <w:sz w:val="20"/>
          <w:szCs w:val="20"/>
        </w:rPr>
        <w:t xml:space="preserve">imes New Roman 14 pt max 15 </w:t>
      </w:r>
      <w:r>
        <w:rPr>
          <w:b w:val="0"/>
          <w:bCs/>
          <w:sz w:val="20"/>
          <w:szCs w:val="20"/>
        </w:rPr>
        <w:t>k</w:t>
      </w:r>
      <w:r w:rsidRPr="002A7A8A">
        <w:rPr>
          <w:b w:val="0"/>
          <w:bCs/>
          <w:sz w:val="20"/>
          <w:szCs w:val="20"/>
        </w:rPr>
        <w:t>ata, bold spasi satu</w:t>
      </w:r>
      <w:r>
        <w:rPr>
          <w:b w:val="0"/>
          <w:bCs/>
          <w:sz w:val="20"/>
          <w:szCs w:val="20"/>
        </w:rPr>
        <w:t>,</w:t>
      </w:r>
      <w:r w:rsidRPr="002A7A8A">
        <w:rPr>
          <w:b w:val="0"/>
          <w:bCs/>
          <w:sz w:val="20"/>
          <w:szCs w:val="20"/>
        </w:rPr>
        <w:t xml:space="preserve"> huruf kapital setiap awal kata]</w:t>
      </w:r>
    </w:p>
    <w:p w14:paraId="461DFF30" w14:textId="77777777" w:rsidR="006247F8" w:rsidRDefault="006247F8" w:rsidP="00D67B7C">
      <w:pPr>
        <w:pStyle w:val="JHKAuthor"/>
        <w:spacing w:after="0" w:line="240" w:lineRule="auto"/>
        <w:ind w:left="794" w:right="794"/>
        <w:rPr>
          <w:b/>
          <w:bCs/>
        </w:rPr>
      </w:pPr>
    </w:p>
    <w:p w14:paraId="431B68FA" w14:textId="36C1DBE7" w:rsidR="00B11C98" w:rsidRDefault="00B11C98" w:rsidP="00D67B7C">
      <w:pPr>
        <w:pStyle w:val="JHKAuthor"/>
        <w:spacing w:after="0" w:line="240" w:lineRule="auto"/>
        <w:ind w:left="794" w:right="794"/>
        <w:rPr>
          <w:b/>
          <w:bCs/>
        </w:rPr>
      </w:pPr>
      <w:r w:rsidRPr="00027A51">
        <w:rPr>
          <w:b/>
          <w:bCs/>
        </w:rPr>
        <w:t>Penulis</w:t>
      </w:r>
      <w:r w:rsidRPr="00027A51">
        <w:rPr>
          <w:b/>
          <w:bCs/>
          <w:vertAlign w:val="superscript"/>
        </w:rPr>
        <w:t>1)</w:t>
      </w:r>
      <w:r w:rsidRPr="00027A51">
        <w:rPr>
          <w:b/>
          <w:bCs/>
        </w:rPr>
        <w:t xml:space="preserve"> </w:t>
      </w:r>
      <w:r>
        <w:rPr>
          <w:b/>
          <w:bCs/>
        </w:rPr>
        <w:t>, Penulis</w:t>
      </w:r>
      <w:r w:rsidRPr="00027A51">
        <w:rPr>
          <w:b/>
          <w:bCs/>
          <w:vertAlign w:val="superscript"/>
        </w:rPr>
        <w:t>2)</w:t>
      </w:r>
      <w:r>
        <w:rPr>
          <w:b/>
          <w:bCs/>
        </w:rPr>
        <w:t xml:space="preserve"> , Penulis</w:t>
      </w:r>
      <w:r w:rsidRPr="00027A51">
        <w:rPr>
          <w:b/>
          <w:bCs/>
          <w:vertAlign w:val="superscript"/>
        </w:rPr>
        <w:t>3)</w:t>
      </w:r>
      <w:r>
        <w:rPr>
          <w:b/>
          <w:bCs/>
        </w:rPr>
        <w:t xml:space="preserve"> (font times new roman, 11 pt, bold)   </w:t>
      </w:r>
    </w:p>
    <w:p w14:paraId="0D9724BA" w14:textId="77777777" w:rsidR="00B11C98" w:rsidRPr="00A80832" w:rsidRDefault="00B11C98" w:rsidP="00D67B7C">
      <w:pPr>
        <w:pStyle w:val="JHKAffiliation"/>
        <w:spacing w:after="0" w:line="240" w:lineRule="auto"/>
        <w:ind w:left="794" w:right="794"/>
        <w:rPr>
          <w:i w:val="0"/>
          <w:iCs/>
        </w:rPr>
      </w:pPr>
      <w:r w:rsidRPr="00A80832">
        <w:rPr>
          <w:i w:val="0"/>
          <w:iCs/>
          <w:vertAlign w:val="superscript"/>
        </w:rPr>
        <w:t>1</w:t>
      </w:r>
      <w:r w:rsidRPr="00A80832">
        <w:rPr>
          <w:i w:val="0"/>
          <w:iCs/>
        </w:rPr>
        <w:t xml:space="preserve"> Program Studi/</w:t>
      </w:r>
      <w:r>
        <w:rPr>
          <w:i w:val="0"/>
          <w:iCs/>
        </w:rPr>
        <w:t>PT</w:t>
      </w:r>
      <w:r w:rsidRPr="00A80832">
        <w:rPr>
          <w:i w:val="0"/>
          <w:iCs/>
        </w:rPr>
        <w:t xml:space="preserve">, </w:t>
      </w:r>
      <w:r>
        <w:rPr>
          <w:i w:val="0"/>
          <w:iCs/>
        </w:rPr>
        <w:t>Penulis 1</w:t>
      </w:r>
    </w:p>
    <w:p w14:paraId="7A68A83E" w14:textId="77777777" w:rsidR="00B11C98" w:rsidRPr="00A80832" w:rsidRDefault="00B11C98" w:rsidP="00D67B7C">
      <w:pPr>
        <w:pStyle w:val="JHKAffiliation"/>
        <w:spacing w:after="0" w:line="240" w:lineRule="auto"/>
        <w:ind w:left="794" w:right="794"/>
        <w:rPr>
          <w:i w:val="0"/>
          <w:iCs/>
        </w:rPr>
      </w:pPr>
      <w:r w:rsidRPr="00A80832">
        <w:rPr>
          <w:i w:val="0"/>
          <w:iCs/>
          <w:vertAlign w:val="superscript"/>
        </w:rPr>
        <w:t>2</w:t>
      </w:r>
      <w:r w:rsidRPr="00A80832">
        <w:rPr>
          <w:i w:val="0"/>
          <w:iCs/>
        </w:rPr>
        <w:t xml:space="preserve"> Program Studi/</w:t>
      </w:r>
      <w:r>
        <w:rPr>
          <w:i w:val="0"/>
          <w:iCs/>
        </w:rPr>
        <w:t>PT</w:t>
      </w:r>
      <w:r w:rsidRPr="00A80832">
        <w:rPr>
          <w:i w:val="0"/>
          <w:iCs/>
        </w:rPr>
        <w:t xml:space="preserve">, </w:t>
      </w:r>
      <w:r>
        <w:rPr>
          <w:i w:val="0"/>
          <w:iCs/>
        </w:rPr>
        <w:t xml:space="preserve">Penulis 2 </w:t>
      </w:r>
    </w:p>
    <w:p w14:paraId="039AF3A3" w14:textId="1C0B46F7" w:rsidR="00731A8F" w:rsidRDefault="00B11C98" w:rsidP="00D67B7C">
      <w:pPr>
        <w:pStyle w:val="JHKAffiliation"/>
        <w:spacing w:after="0" w:line="240" w:lineRule="auto"/>
        <w:ind w:left="792" w:right="792"/>
        <w:rPr>
          <w:i w:val="0"/>
          <w:iCs/>
        </w:rPr>
      </w:pPr>
      <w:r w:rsidRPr="00A80832">
        <w:rPr>
          <w:i w:val="0"/>
          <w:iCs/>
        </w:rPr>
        <w:t xml:space="preserve">Email korespondensi: </w:t>
      </w:r>
      <w:r>
        <w:rPr>
          <w:i w:val="0"/>
          <w:iCs/>
        </w:rPr>
        <w:t>nama email</w:t>
      </w:r>
    </w:p>
    <w:p w14:paraId="7F819D9F" w14:textId="77777777" w:rsidR="00731A8F" w:rsidRDefault="00731A8F">
      <w:pPr>
        <w:spacing w:after="0"/>
      </w:pPr>
    </w:p>
    <w:tbl>
      <w:tblPr>
        <w:tblW w:w="4500" w:type="pct"/>
        <w:jc w:val="center"/>
        <w:tblLook w:val="04A0" w:firstRow="1" w:lastRow="0" w:firstColumn="1" w:lastColumn="0" w:noHBand="0" w:noVBand="1"/>
      </w:tblPr>
      <w:tblGrid>
        <w:gridCol w:w="9743"/>
      </w:tblGrid>
      <w:tr w:rsidR="00731A8F" w14:paraId="60C273C4" w14:textId="77777777" w:rsidTr="00FD0D81">
        <w:trPr>
          <w:jc w:val="center"/>
        </w:trPr>
        <w:tc>
          <w:tcPr>
            <w:tcW w:w="10610" w:type="dxa"/>
            <w:tcBorders>
              <w:top w:val="single" w:sz="4" w:space="0" w:color="BFBFBF"/>
              <w:left w:val="single" w:sz="4" w:space="0" w:color="BFBFBF"/>
              <w:bottom w:val="single" w:sz="4" w:space="0" w:color="BFBFBF"/>
              <w:right w:val="single" w:sz="4" w:space="0" w:color="BFBFBF"/>
            </w:tcBorders>
            <w:shd w:val="clear" w:color="auto" w:fill="365F91" w:themeFill="accent1" w:themeFillShade="BF"/>
            <w:vAlign w:val="center"/>
          </w:tcPr>
          <w:p w14:paraId="4877CDFB" w14:textId="77777777" w:rsidR="001A7D4E" w:rsidRPr="00E041E1" w:rsidRDefault="001A7D4E">
            <w:pPr>
              <w:spacing w:after="0" w:line="240" w:lineRule="auto"/>
              <w:jc w:val="center"/>
              <w:rPr>
                <w:b/>
                <w:color w:val="FFFFFF"/>
                <w:sz w:val="12"/>
                <w:szCs w:val="14"/>
              </w:rPr>
            </w:pPr>
          </w:p>
          <w:p w14:paraId="4897E3C5" w14:textId="77777777" w:rsidR="00731A8F" w:rsidRDefault="005439FA">
            <w:pPr>
              <w:spacing w:after="0" w:line="240" w:lineRule="auto"/>
              <w:jc w:val="center"/>
              <w:rPr>
                <w:b/>
                <w:color w:val="FFFFFF"/>
                <w:sz w:val="20"/>
              </w:rPr>
            </w:pPr>
            <w:r>
              <w:rPr>
                <w:b/>
                <w:color w:val="FFFFFF"/>
                <w:sz w:val="20"/>
              </w:rPr>
              <w:t>ABSTRAK</w:t>
            </w:r>
          </w:p>
          <w:p w14:paraId="2A88E4E8" w14:textId="372604EE" w:rsidR="001A7D4E" w:rsidRPr="00E041E1" w:rsidRDefault="001A7D4E">
            <w:pPr>
              <w:spacing w:after="0" w:line="240" w:lineRule="auto"/>
              <w:jc w:val="center"/>
              <w:rPr>
                <w:sz w:val="12"/>
                <w:szCs w:val="10"/>
              </w:rPr>
            </w:pPr>
          </w:p>
        </w:tc>
      </w:tr>
      <w:tr w:rsidR="00731A8F" w14:paraId="16EF23D0" w14:textId="77777777">
        <w:trPr>
          <w:jc w:val="center"/>
        </w:trPr>
        <w:tc>
          <w:tcPr>
            <w:tcW w:w="10610" w:type="dxa"/>
            <w:tcBorders>
              <w:top w:val="single" w:sz="4" w:space="0" w:color="BFBFBF"/>
              <w:left w:val="single" w:sz="4" w:space="0" w:color="BFBFBF"/>
              <w:bottom w:val="single" w:sz="4" w:space="0" w:color="BFBFBF"/>
              <w:right w:val="single" w:sz="4" w:space="0" w:color="BFBFBF"/>
            </w:tcBorders>
            <w:shd w:val="clear" w:color="auto" w:fill="FFFFFF"/>
            <w:vAlign w:val="center"/>
          </w:tcPr>
          <w:p w14:paraId="1C1E7D5B" w14:textId="077D394F" w:rsidR="00B11C98" w:rsidRPr="00E041E1" w:rsidRDefault="00B11C98" w:rsidP="00B11C98">
            <w:pPr>
              <w:pStyle w:val="NormalWeb"/>
              <w:spacing w:before="0" w:beforeAutospacing="0" w:after="0" w:afterAutospacing="0"/>
              <w:jc w:val="both"/>
              <w:rPr>
                <w:sz w:val="22"/>
                <w:szCs w:val="22"/>
              </w:rPr>
            </w:pPr>
            <w:r w:rsidRPr="00E041E1">
              <w:rPr>
                <w:color w:val="000000"/>
                <w:sz w:val="22"/>
                <w:szCs w:val="22"/>
              </w:rPr>
              <w:t>[Huruf Times New Roman 1</w:t>
            </w:r>
            <w:r w:rsidR="00E576CA">
              <w:rPr>
                <w:color w:val="000000"/>
                <w:sz w:val="22"/>
                <w:szCs w:val="22"/>
              </w:rPr>
              <w:t>0</w:t>
            </w:r>
            <w:r w:rsidRPr="00E041E1">
              <w:rPr>
                <w:color w:val="000000"/>
                <w:sz w:val="22"/>
                <w:szCs w:val="22"/>
              </w:rPr>
              <w:t xml:space="preserve"> pt, Posisi Tegak, Spasi Satu] Abstrak diketik dalam bahasa Indonesia yang terdiri dari 1 alinea,  tidak boleh lebih dari 250 kata, tanpa menuliskan referensi. Pada abstrak ini tidak boleh menggunakan bentuk amtematis, pertanyaan dan dugaan. Abstrak berisi pendahuluan, tujuan, bahan dan metode, hasil penelitian, kesimpulan yang dibuat dalam 1 paragraf. </w:t>
            </w:r>
          </w:p>
          <w:p w14:paraId="27B70734" w14:textId="16DCBEAF" w:rsidR="00DD0A91" w:rsidRPr="00E041E1" w:rsidRDefault="00DD0A91">
            <w:pPr>
              <w:spacing w:after="0" w:line="240" w:lineRule="auto"/>
              <w:rPr>
                <w:i/>
                <w:color w:val="666666"/>
                <w:sz w:val="22"/>
              </w:rPr>
            </w:pPr>
          </w:p>
          <w:p w14:paraId="7C35D2A6" w14:textId="77777777" w:rsidR="00DD0A91" w:rsidRPr="00E041E1" w:rsidRDefault="00DD0A91" w:rsidP="00DD0A91">
            <w:pPr>
              <w:spacing w:before="80" w:after="40"/>
              <w:ind w:right="792"/>
              <w:rPr>
                <w:sz w:val="22"/>
              </w:rPr>
            </w:pPr>
            <w:r w:rsidRPr="00E041E1">
              <w:rPr>
                <w:b/>
                <w:sz w:val="22"/>
              </w:rPr>
              <w:t xml:space="preserve">Kata kunci: </w:t>
            </w:r>
            <w:r w:rsidRPr="00E041E1">
              <w:rPr>
                <w:color w:val="666666"/>
                <w:sz w:val="22"/>
              </w:rPr>
              <w:t>[3-5 kata kunci; pisahkan dengan tanda titik koma]</w:t>
            </w:r>
          </w:p>
          <w:p w14:paraId="1EE01E17" w14:textId="0162006D" w:rsidR="00DD0A91" w:rsidRDefault="00DD0A91">
            <w:pPr>
              <w:spacing w:after="0" w:line="240" w:lineRule="auto"/>
            </w:pPr>
          </w:p>
        </w:tc>
      </w:tr>
      <w:tr w:rsidR="00731A8F" w14:paraId="28307520" w14:textId="77777777" w:rsidTr="00FD0D81">
        <w:trPr>
          <w:jc w:val="center"/>
        </w:trPr>
        <w:tc>
          <w:tcPr>
            <w:tcW w:w="10610" w:type="dxa"/>
            <w:tcBorders>
              <w:top w:val="single" w:sz="4" w:space="0" w:color="BFBFBF"/>
              <w:left w:val="single" w:sz="4" w:space="0" w:color="BFBFBF"/>
              <w:bottom w:val="single" w:sz="4" w:space="0" w:color="BFBFBF"/>
              <w:right w:val="single" w:sz="4" w:space="0" w:color="BFBFBF"/>
            </w:tcBorders>
            <w:shd w:val="clear" w:color="auto" w:fill="365F91" w:themeFill="accent1" w:themeFillShade="BF"/>
            <w:vAlign w:val="center"/>
          </w:tcPr>
          <w:p w14:paraId="428D044A" w14:textId="77777777" w:rsidR="001A7D4E" w:rsidRPr="00E041E1" w:rsidRDefault="001A7D4E">
            <w:pPr>
              <w:spacing w:after="0" w:line="240" w:lineRule="auto"/>
              <w:jc w:val="center"/>
              <w:rPr>
                <w:b/>
                <w:color w:val="FFFFFF"/>
                <w:sz w:val="12"/>
                <w:szCs w:val="14"/>
              </w:rPr>
            </w:pPr>
          </w:p>
          <w:p w14:paraId="59467D74" w14:textId="77777777" w:rsidR="00731A8F" w:rsidRDefault="005439FA">
            <w:pPr>
              <w:spacing w:after="0" w:line="240" w:lineRule="auto"/>
              <w:jc w:val="center"/>
              <w:rPr>
                <w:b/>
                <w:color w:val="FFFFFF"/>
                <w:sz w:val="20"/>
              </w:rPr>
            </w:pPr>
            <w:r w:rsidRPr="001A7D4E">
              <w:rPr>
                <w:b/>
                <w:i/>
                <w:iCs/>
                <w:color w:val="FFFFFF"/>
                <w:sz w:val="20"/>
              </w:rPr>
              <w:t>ABSTRACT</w:t>
            </w:r>
          </w:p>
          <w:p w14:paraId="6F3D92AA" w14:textId="36EA658C" w:rsidR="001A7D4E" w:rsidRPr="00E041E1" w:rsidRDefault="001A7D4E">
            <w:pPr>
              <w:spacing w:after="0" w:line="240" w:lineRule="auto"/>
              <w:jc w:val="center"/>
              <w:rPr>
                <w:sz w:val="12"/>
                <w:szCs w:val="10"/>
              </w:rPr>
            </w:pPr>
          </w:p>
        </w:tc>
      </w:tr>
      <w:tr w:rsidR="00731A8F" w14:paraId="2D6FC08B" w14:textId="77777777">
        <w:trPr>
          <w:jc w:val="center"/>
        </w:trPr>
        <w:tc>
          <w:tcPr>
            <w:tcW w:w="10610" w:type="dxa"/>
            <w:tcBorders>
              <w:top w:val="single" w:sz="4" w:space="0" w:color="BFBFBF"/>
              <w:left w:val="single" w:sz="4" w:space="0" w:color="BFBFBF"/>
              <w:bottom w:val="single" w:sz="4" w:space="0" w:color="BFBFBF"/>
              <w:right w:val="single" w:sz="4" w:space="0" w:color="BFBFBF"/>
            </w:tcBorders>
            <w:shd w:val="clear" w:color="auto" w:fill="FFFFFF"/>
            <w:vAlign w:val="center"/>
          </w:tcPr>
          <w:p w14:paraId="7F25ABFC" w14:textId="1B4CB226" w:rsidR="00B11C98" w:rsidRPr="00E041E1" w:rsidRDefault="00B11C98" w:rsidP="00B11C98">
            <w:pPr>
              <w:pStyle w:val="NormalWeb"/>
              <w:spacing w:before="0" w:beforeAutospacing="0" w:after="0" w:afterAutospacing="0"/>
              <w:jc w:val="both"/>
              <w:rPr>
                <w:i/>
                <w:iCs/>
                <w:sz w:val="22"/>
                <w:szCs w:val="22"/>
              </w:rPr>
            </w:pPr>
            <w:r w:rsidRPr="00E041E1">
              <w:rPr>
                <w:i/>
                <w:iCs/>
                <w:color w:val="000000"/>
                <w:sz w:val="22"/>
                <w:szCs w:val="22"/>
              </w:rPr>
              <w:t>[Huruf Times New Roman 1</w:t>
            </w:r>
            <w:r w:rsidR="00E576CA">
              <w:rPr>
                <w:i/>
                <w:iCs/>
                <w:color w:val="000000"/>
                <w:sz w:val="22"/>
                <w:szCs w:val="22"/>
              </w:rPr>
              <w:t>0</w:t>
            </w:r>
            <w:r w:rsidRPr="00E041E1">
              <w:rPr>
                <w:i/>
                <w:iCs/>
                <w:color w:val="000000"/>
                <w:sz w:val="22"/>
                <w:szCs w:val="22"/>
              </w:rPr>
              <w:t xml:space="preserve"> pt, Posisi Miring, Spasi Satu] Abstrak diketik dalam bahasa Inggris yang terdiri dari 1 alinea,  tidak boleh lebih dari 250 kata, tanpa menuliskan referensi. Pada abstrak ini tidak boleh menggunakan bentuk amtematis, pertanyaan dan dugaan. Abstrak berisi pendahuluan, tujuan, bahan dan metode, hasil penelitian, kesimpulan yang dibuat dalam 1 paragraf. </w:t>
            </w:r>
          </w:p>
          <w:p w14:paraId="1ECCD234" w14:textId="77777777" w:rsidR="00DD0A91" w:rsidRPr="00E041E1" w:rsidRDefault="00DD0A91">
            <w:pPr>
              <w:spacing w:after="0" w:line="240" w:lineRule="auto"/>
              <w:rPr>
                <w:i/>
                <w:color w:val="666666"/>
                <w:sz w:val="22"/>
              </w:rPr>
            </w:pPr>
          </w:p>
          <w:p w14:paraId="660A1FB8" w14:textId="764AF051" w:rsidR="00DD0A91" w:rsidRDefault="00DD0A91" w:rsidP="00E041E1">
            <w:pPr>
              <w:ind w:right="792"/>
            </w:pPr>
            <w:r w:rsidRPr="00E041E1">
              <w:rPr>
                <w:b/>
                <w:sz w:val="22"/>
              </w:rPr>
              <w:t xml:space="preserve">Keywords: </w:t>
            </w:r>
            <w:r w:rsidRPr="00E041E1">
              <w:rPr>
                <w:i/>
                <w:color w:val="666666"/>
                <w:sz w:val="22"/>
              </w:rPr>
              <w:t>[3-5 keywords; separated by semicolons]</w:t>
            </w:r>
          </w:p>
        </w:tc>
      </w:tr>
    </w:tbl>
    <w:p w14:paraId="5045AA7E" w14:textId="77777777" w:rsidR="00731A8F" w:rsidRDefault="00731A8F">
      <w:pPr>
        <w:sectPr w:rsidR="00731A8F">
          <w:headerReference w:type="even" r:id="rId8"/>
          <w:headerReference w:type="default" r:id="rId9"/>
          <w:footerReference w:type="even" r:id="rId10"/>
          <w:footerReference w:type="default" r:id="rId11"/>
          <w:headerReference w:type="first" r:id="rId12"/>
          <w:footerReference w:type="first" r:id="rId13"/>
          <w:pgSz w:w="11906" w:h="16838"/>
          <w:pgMar w:top="3096" w:right="648" w:bottom="1080" w:left="648" w:header="144" w:footer="360" w:gutter="0"/>
          <w:cols w:space="720"/>
          <w:docGrid w:linePitch="360"/>
        </w:sectPr>
      </w:pPr>
    </w:p>
    <w:p w14:paraId="1DB1C588" w14:textId="3F5AE8D0" w:rsidR="00B11C98" w:rsidRDefault="00B11C98" w:rsidP="00B11C98">
      <w:pPr>
        <w:pStyle w:val="JHKHeading1"/>
      </w:pPr>
      <w:r>
        <w:lastRenderedPageBreak/>
        <w:t xml:space="preserve">1. PENDAHULUAN </w:t>
      </w:r>
      <w:r w:rsidRPr="00632197">
        <w:t>[</w:t>
      </w:r>
      <w:r w:rsidRPr="00632197">
        <w:rPr>
          <w:color w:val="000000"/>
          <w:sz w:val="22"/>
        </w:rPr>
        <w:t xml:space="preserve">huruf </w:t>
      </w:r>
      <w:r>
        <w:rPr>
          <w:color w:val="000000"/>
          <w:sz w:val="22"/>
        </w:rPr>
        <w:t xml:space="preserve">12 pt </w:t>
      </w:r>
      <w:r w:rsidRPr="00632197">
        <w:rPr>
          <w:color w:val="000000"/>
          <w:sz w:val="22"/>
        </w:rPr>
        <w:t>Kapital, Tegak, Ditebalkan, Spasi 1,5</w:t>
      </w:r>
      <w:r w:rsidR="006247F8">
        <w:rPr>
          <w:color w:val="000000"/>
          <w:sz w:val="22"/>
        </w:rPr>
        <w:t>]</w:t>
      </w:r>
    </w:p>
    <w:p w14:paraId="47F3B52B" w14:textId="16468486" w:rsidR="00B11C98" w:rsidRPr="00632197" w:rsidRDefault="00B11C98" w:rsidP="00B11C98">
      <w:pPr>
        <w:spacing w:after="60"/>
        <w:ind w:firstLine="720"/>
        <w:rPr>
          <w:color w:val="000000"/>
          <w:sz w:val="22"/>
        </w:rPr>
      </w:pPr>
      <w:r>
        <w:rPr>
          <w:color w:val="000000"/>
          <w:sz w:val="22"/>
        </w:rPr>
        <w:t xml:space="preserve">Pendahuluan berisi  urgensi dan latar belakang masalah penelitian yang diuraikan dengan metode piramida terbalik mulai dari tingkat global, nasional dan lokal. Mencantumkan referensi (pustaka atau hasil penelitian relevan) dengan menggunakan referensi diakhir kalimat atau paragraph Contoh : Hukum adalah suatu cara untuk memberikan garis batas terhadap perilaku manusia (SDM. 2021). </w:t>
      </w:r>
      <w:r w:rsidRPr="00632197">
        <w:rPr>
          <w:b/>
          <w:bCs/>
          <w:color w:val="000000"/>
          <w:sz w:val="22"/>
        </w:rPr>
        <w:t>[huruf Tegak, Times New Roman 12, Spasi 1,5</w:t>
      </w:r>
      <w:r w:rsidR="006247F8">
        <w:rPr>
          <w:b/>
          <w:bCs/>
          <w:color w:val="000000"/>
          <w:sz w:val="22"/>
        </w:rPr>
        <w:t>]</w:t>
      </w:r>
      <w:r w:rsidR="00037CD6">
        <w:rPr>
          <w:b/>
          <w:bCs/>
          <w:color w:val="000000"/>
          <w:sz w:val="22"/>
        </w:rPr>
        <w:t xml:space="preserve"> </w:t>
      </w:r>
      <w:bookmarkStart w:id="0" w:name="_Hlk234751963"/>
      <w:r w:rsidR="00037CD6">
        <w:rPr>
          <w:b/>
          <w:bCs/>
          <w:color w:val="000000"/>
          <w:sz w:val="22"/>
        </w:rPr>
        <w:t>[1-2 halaman]</w:t>
      </w:r>
      <w:bookmarkEnd w:id="0"/>
    </w:p>
    <w:p w14:paraId="6B7A0663" w14:textId="75D98196" w:rsidR="00B11C98" w:rsidRDefault="00B11C98" w:rsidP="00B11C98">
      <w:pPr>
        <w:pStyle w:val="JHKHeading1"/>
      </w:pPr>
      <w:r>
        <w:t xml:space="preserve">2. METODE </w:t>
      </w:r>
      <w:r w:rsidRPr="00632197">
        <w:t>[</w:t>
      </w:r>
      <w:r w:rsidRPr="00632197">
        <w:rPr>
          <w:color w:val="000000"/>
          <w:sz w:val="22"/>
        </w:rPr>
        <w:t xml:space="preserve">huruf </w:t>
      </w:r>
      <w:r>
        <w:rPr>
          <w:color w:val="000000"/>
          <w:sz w:val="22"/>
        </w:rPr>
        <w:t xml:space="preserve">12 pt </w:t>
      </w:r>
      <w:r w:rsidRPr="00632197">
        <w:rPr>
          <w:color w:val="000000"/>
          <w:sz w:val="22"/>
        </w:rPr>
        <w:t>Kapital, Tegak, Ditebalkan, Spasi 1,5</w:t>
      </w:r>
      <w:r w:rsidR="006247F8">
        <w:rPr>
          <w:color w:val="000000"/>
          <w:sz w:val="22"/>
        </w:rPr>
        <w:t>]</w:t>
      </w:r>
    </w:p>
    <w:p w14:paraId="43540704" w14:textId="26EC0542" w:rsidR="00B11C98" w:rsidRPr="004614D8" w:rsidRDefault="00B11C98" w:rsidP="00B11C98">
      <w:pPr>
        <w:spacing w:after="60"/>
        <w:ind w:firstLine="720"/>
        <w:rPr>
          <w:iCs/>
        </w:rPr>
      </w:pPr>
      <w:r w:rsidRPr="004614D8">
        <w:rPr>
          <w:iCs/>
          <w:color w:val="666666"/>
          <w:sz w:val="22"/>
        </w:rPr>
        <w:t>Jelaskan jenis penelitian, pendekatan, sumber bahan hukum atau sumber data, teknik pengumpulan data, teknik analisis, serta batasan penelitian. Untuk penelitian hukum normatif, jelaskan pendekatan perundang-undangan, konseptual, historis, kasus, atau komparatif yang digunakan. Untuk penelitian empiris, jelaskan lokasi, informan/responden, instrumen, etika penelitian, dan prosedur validasi data.</w:t>
      </w:r>
      <w:r>
        <w:rPr>
          <w:iCs/>
          <w:color w:val="666666"/>
          <w:sz w:val="22"/>
        </w:rPr>
        <w:t xml:space="preserve"> </w:t>
      </w:r>
      <w:r w:rsidRPr="00632197">
        <w:rPr>
          <w:b/>
          <w:bCs/>
          <w:color w:val="000000"/>
          <w:sz w:val="22"/>
        </w:rPr>
        <w:t>[huruf Tegak, Times New Roman 12, Spasi 1,5</w:t>
      </w:r>
      <w:r w:rsidR="006247F8">
        <w:rPr>
          <w:b/>
          <w:bCs/>
          <w:color w:val="000000"/>
          <w:sz w:val="22"/>
        </w:rPr>
        <w:t>]</w:t>
      </w:r>
    </w:p>
    <w:p w14:paraId="099DF275" w14:textId="5AAC0E8C" w:rsidR="00B11C98" w:rsidRDefault="00B11C98" w:rsidP="00B11C98">
      <w:pPr>
        <w:pStyle w:val="JHKHeading1"/>
      </w:pPr>
      <w:r>
        <w:t xml:space="preserve">3. HASIL DAN PEMBAHASAN </w:t>
      </w:r>
      <w:r w:rsidRPr="00632197">
        <w:t>[</w:t>
      </w:r>
      <w:r w:rsidRPr="00632197">
        <w:rPr>
          <w:color w:val="000000"/>
          <w:sz w:val="22"/>
        </w:rPr>
        <w:t xml:space="preserve">huruf </w:t>
      </w:r>
      <w:r>
        <w:rPr>
          <w:color w:val="000000"/>
          <w:sz w:val="22"/>
        </w:rPr>
        <w:t xml:space="preserve">12 pt </w:t>
      </w:r>
      <w:r w:rsidRPr="00632197">
        <w:rPr>
          <w:color w:val="000000"/>
          <w:sz w:val="22"/>
        </w:rPr>
        <w:t>Kapital, Tegak, Ditebalkan, Spasi 1,5</w:t>
      </w:r>
      <w:r w:rsidR="006247F8">
        <w:rPr>
          <w:color w:val="000000"/>
          <w:sz w:val="22"/>
        </w:rPr>
        <w:t>]</w:t>
      </w:r>
    </w:p>
    <w:p w14:paraId="0B6B295B" w14:textId="27958CD6" w:rsidR="00B11C98" w:rsidRDefault="00B11C98" w:rsidP="00B11C98">
      <w:pPr>
        <w:spacing w:after="60"/>
        <w:ind w:firstLine="720"/>
      </w:pPr>
      <w:r w:rsidRPr="004614D8">
        <w:rPr>
          <w:iCs/>
          <w:color w:val="666666"/>
          <w:sz w:val="22"/>
        </w:rPr>
        <w:t>Sajikan temuan secara analitis, bukan sekadar deskriptif. Hubungkan temuan dengan teori, norma hukum, putusan, doktrin, dan penelitian terdahulu. Pastikan setiap subbagian menjawab rumusan masalah secara eksplisit.</w:t>
      </w:r>
      <w:r>
        <w:rPr>
          <w:i/>
          <w:color w:val="666666"/>
          <w:sz w:val="22"/>
        </w:rPr>
        <w:t xml:space="preserve"> </w:t>
      </w:r>
      <w:r w:rsidRPr="00632197">
        <w:rPr>
          <w:b/>
          <w:bCs/>
          <w:color w:val="000000"/>
          <w:sz w:val="22"/>
        </w:rPr>
        <w:t>[huruf Tegak, Times New Roman 12, Spasi 1,5</w:t>
      </w:r>
      <w:r w:rsidR="006247F8">
        <w:rPr>
          <w:b/>
          <w:bCs/>
          <w:color w:val="000000"/>
          <w:sz w:val="22"/>
        </w:rPr>
        <w:t>]</w:t>
      </w:r>
    </w:p>
    <w:p w14:paraId="291E3A0A" w14:textId="134351A7" w:rsidR="00B11C98" w:rsidRDefault="00B11C98" w:rsidP="00B11C98">
      <w:pPr>
        <w:pStyle w:val="JHKHeading2"/>
      </w:pPr>
      <w:r>
        <w:t xml:space="preserve">3.1 Subjudul Pembahasan Pertama </w:t>
      </w:r>
      <w:r w:rsidRPr="00632197">
        <w:t>[</w:t>
      </w:r>
      <w:r w:rsidRPr="00632197">
        <w:rPr>
          <w:color w:val="000000"/>
          <w:sz w:val="22"/>
        </w:rPr>
        <w:t xml:space="preserve">huruf </w:t>
      </w:r>
      <w:r>
        <w:rPr>
          <w:color w:val="000000"/>
          <w:sz w:val="22"/>
        </w:rPr>
        <w:t>12 pt K</w:t>
      </w:r>
      <w:r w:rsidRPr="00632197">
        <w:rPr>
          <w:color w:val="000000"/>
          <w:sz w:val="22"/>
        </w:rPr>
        <w:t>apital</w:t>
      </w:r>
      <w:r>
        <w:rPr>
          <w:color w:val="000000"/>
          <w:sz w:val="22"/>
        </w:rPr>
        <w:t xml:space="preserve"> Awal</w:t>
      </w:r>
      <w:r w:rsidRPr="00632197">
        <w:rPr>
          <w:color w:val="000000"/>
          <w:sz w:val="22"/>
        </w:rPr>
        <w:t>, Tegak, Ditebalkan, Spasi 1,5</w:t>
      </w:r>
      <w:r w:rsidR="006247F8">
        <w:rPr>
          <w:color w:val="000000"/>
          <w:sz w:val="22"/>
        </w:rPr>
        <w:t>]</w:t>
      </w:r>
    </w:p>
    <w:p w14:paraId="07A54B08" w14:textId="549CF602" w:rsidR="00B11C98" w:rsidRPr="004614D8" w:rsidRDefault="00B11C98" w:rsidP="00B11C98">
      <w:pPr>
        <w:spacing w:after="60"/>
        <w:ind w:firstLine="720"/>
        <w:rPr>
          <w:iCs/>
        </w:rPr>
      </w:pPr>
      <w:r w:rsidRPr="004614D8">
        <w:rPr>
          <w:iCs/>
          <w:color w:val="666666"/>
          <w:sz w:val="22"/>
        </w:rPr>
        <w:t>Kembangkan argumentasi utama pada subbagian ini. Gunakan sitasi yang relevan dan mutakhir. Untuk kutipan langsung, cantumkan halaman sesuai gaya referensi yang digunakan.</w:t>
      </w:r>
      <w:r>
        <w:rPr>
          <w:iCs/>
          <w:color w:val="666666"/>
          <w:sz w:val="22"/>
        </w:rPr>
        <w:t xml:space="preserve"> </w:t>
      </w:r>
      <w:r w:rsidRPr="00632197">
        <w:rPr>
          <w:b/>
          <w:bCs/>
          <w:color w:val="000000"/>
          <w:sz w:val="22"/>
        </w:rPr>
        <w:t>[huruf Tegak, Times New Roman 12, Spasi 1,5</w:t>
      </w:r>
      <w:r w:rsidR="006247F8">
        <w:rPr>
          <w:b/>
          <w:bCs/>
          <w:color w:val="000000"/>
          <w:sz w:val="22"/>
        </w:rPr>
        <w:t>]</w:t>
      </w:r>
      <w:r>
        <w:rPr>
          <w:b/>
          <w:bCs/>
          <w:color w:val="000000"/>
          <w:sz w:val="22"/>
        </w:rPr>
        <w:t xml:space="preserve">  </w:t>
      </w:r>
    </w:p>
    <w:p w14:paraId="6B3C2AA0" w14:textId="3D1DC3B6" w:rsidR="00B11C98" w:rsidRDefault="00B11C98" w:rsidP="00B11C98">
      <w:pPr>
        <w:pStyle w:val="JHKHeading2"/>
      </w:pPr>
      <w:r>
        <w:t xml:space="preserve">3.2 Subjudul Pembahasan Kedua </w:t>
      </w:r>
      <w:r w:rsidRPr="00632197">
        <w:t>[</w:t>
      </w:r>
      <w:r w:rsidRPr="00632197">
        <w:rPr>
          <w:color w:val="000000"/>
          <w:sz w:val="22"/>
        </w:rPr>
        <w:t xml:space="preserve">huruf </w:t>
      </w:r>
      <w:r>
        <w:rPr>
          <w:color w:val="000000"/>
          <w:sz w:val="22"/>
        </w:rPr>
        <w:t>12 pt K</w:t>
      </w:r>
      <w:r w:rsidRPr="00632197">
        <w:rPr>
          <w:color w:val="000000"/>
          <w:sz w:val="22"/>
        </w:rPr>
        <w:t>apital</w:t>
      </w:r>
      <w:r>
        <w:rPr>
          <w:color w:val="000000"/>
          <w:sz w:val="22"/>
        </w:rPr>
        <w:t xml:space="preserve"> Awal</w:t>
      </w:r>
      <w:r w:rsidRPr="00632197">
        <w:rPr>
          <w:color w:val="000000"/>
          <w:sz w:val="22"/>
        </w:rPr>
        <w:t>, Tegak, Ditebalkan, Spasi 1,5</w:t>
      </w:r>
      <w:r w:rsidR="006247F8">
        <w:rPr>
          <w:color w:val="000000"/>
          <w:sz w:val="22"/>
        </w:rPr>
        <w:t>]</w:t>
      </w:r>
    </w:p>
    <w:p w14:paraId="7E3C2938" w14:textId="77777777" w:rsidR="00B11C98" w:rsidRDefault="00B11C98" w:rsidP="00B11C98">
      <w:pPr>
        <w:spacing w:after="60"/>
        <w:ind w:firstLine="720"/>
      </w:pPr>
      <w:r w:rsidRPr="004614D8">
        <w:rPr>
          <w:iCs/>
          <w:color w:val="666666"/>
          <w:sz w:val="22"/>
        </w:rPr>
        <w:t>Tambahkan analisis komparatif, implikasi yuridis, atau pembacaan kritis atas peraturan, doktrin, atau putusan pengadilan yang relevan</w:t>
      </w:r>
      <w:r>
        <w:rPr>
          <w:i/>
          <w:color w:val="666666"/>
          <w:sz w:val="22"/>
        </w:rPr>
        <w:t>.</w:t>
      </w:r>
    </w:p>
    <w:p w14:paraId="6506352A" w14:textId="77777777" w:rsidR="00B11C98" w:rsidRDefault="00B11C98" w:rsidP="00B11C98">
      <w:pPr>
        <w:pStyle w:val="JHKCaption"/>
        <w:spacing w:after="0"/>
      </w:pPr>
      <w:r>
        <w:t>Tabel 1. Contoh Format Tabel</w:t>
      </w:r>
    </w:p>
    <w:tbl>
      <w:tblPr>
        <w:tblW w:w="5000" w:type="pct"/>
        <w:jc w:val="center"/>
        <w:tblLook w:val="04A0" w:firstRow="1" w:lastRow="0" w:firstColumn="1" w:lastColumn="0" w:noHBand="0" w:noVBand="1"/>
      </w:tblPr>
      <w:tblGrid>
        <w:gridCol w:w="3096"/>
        <w:gridCol w:w="3096"/>
        <w:gridCol w:w="3096"/>
      </w:tblGrid>
      <w:tr w:rsidR="00B11C98" w14:paraId="31F529D5" w14:textId="77777777" w:rsidTr="00C028BE">
        <w:trPr>
          <w:jc w:val="center"/>
        </w:trPr>
        <w:tc>
          <w:tcPr>
            <w:tcW w:w="3024" w:type="dxa"/>
            <w:tcBorders>
              <w:top w:val="single" w:sz="4" w:space="0" w:color="BFBFBF"/>
              <w:left w:val="single" w:sz="4" w:space="0" w:color="BFBFBF"/>
              <w:bottom w:val="single" w:sz="4" w:space="0" w:color="BFBFBF"/>
              <w:right w:val="single" w:sz="4" w:space="0" w:color="BFBFBF"/>
            </w:tcBorders>
            <w:shd w:val="clear" w:color="auto" w:fill="F2F2F2"/>
          </w:tcPr>
          <w:p w14:paraId="3A3274C9" w14:textId="77777777" w:rsidR="00B11C98" w:rsidRDefault="00B11C98" w:rsidP="00C028BE">
            <w:pPr>
              <w:jc w:val="center"/>
            </w:pPr>
            <w:r>
              <w:rPr>
                <w:b/>
                <w:sz w:val="20"/>
              </w:rPr>
              <w:t>Aspek</w:t>
            </w:r>
          </w:p>
        </w:tc>
        <w:tc>
          <w:tcPr>
            <w:tcW w:w="3024" w:type="dxa"/>
            <w:tcBorders>
              <w:top w:val="single" w:sz="4" w:space="0" w:color="BFBFBF"/>
              <w:left w:val="single" w:sz="4" w:space="0" w:color="BFBFBF"/>
              <w:bottom w:val="single" w:sz="4" w:space="0" w:color="BFBFBF"/>
              <w:right w:val="single" w:sz="4" w:space="0" w:color="BFBFBF"/>
            </w:tcBorders>
            <w:shd w:val="clear" w:color="auto" w:fill="F2F2F2"/>
          </w:tcPr>
          <w:p w14:paraId="3CB70568" w14:textId="77777777" w:rsidR="00B11C98" w:rsidRDefault="00B11C98" w:rsidP="00C028BE">
            <w:pPr>
              <w:jc w:val="center"/>
            </w:pPr>
            <w:r>
              <w:rPr>
                <w:b/>
                <w:sz w:val="20"/>
              </w:rPr>
              <w:t>Temuan/Argumentasi</w:t>
            </w:r>
          </w:p>
        </w:tc>
        <w:tc>
          <w:tcPr>
            <w:tcW w:w="3024" w:type="dxa"/>
            <w:tcBorders>
              <w:top w:val="single" w:sz="4" w:space="0" w:color="BFBFBF"/>
              <w:left w:val="single" w:sz="4" w:space="0" w:color="BFBFBF"/>
              <w:bottom w:val="single" w:sz="4" w:space="0" w:color="BFBFBF"/>
              <w:right w:val="single" w:sz="4" w:space="0" w:color="BFBFBF"/>
            </w:tcBorders>
            <w:shd w:val="clear" w:color="auto" w:fill="F2F2F2"/>
          </w:tcPr>
          <w:p w14:paraId="54573E12" w14:textId="77777777" w:rsidR="00B11C98" w:rsidRDefault="00B11C98" w:rsidP="00C028BE">
            <w:pPr>
              <w:jc w:val="center"/>
            </w:pPr>
            <w:r>
              <w:rPr>
                <w:b/>
                <w:sz w:val="20"/>
              </w:rPr>
              <w:t>Implikasi Hukum</w:t>
            </w:r>
          </w:p>
        </w:tc>
      </w:tr>
      <w:tr w:rsidR="00B11C98" w14:paraId="3314A976" w14:textId="77777777" w:rsidTr="00C028BE">
        <w:trPr>
          <w:jc w:val="center"/>
        </w:trPr>
        <w:tc>
          <w:tcPr>
            <w:tcW w:w="3024" w:type="dxa"/>
            <w:tcBorders>
              <w:top w:val="single" w:sz="4" w:space="0" w:color="BFBFBF"/>
              <w:left w:val="single" w:sz="4" w:space="0" w:color="BFBFBF"/>
              <w:bottom w:val="single" w:sz="4" w:space="0" w:color="BFBFBF"/>
              <w:right w:val="single" w:sz="4" w:space="0" w:color="BFBFBF"/>
            </w:tcBorders>
          </w:tcPr>
          <w:p w14:paraId="25529C6F" w14:textId="77777777" w:rsidR="00B11C98" w:rsidRDefault="00B11C98" w:rsidP="00C028BE">
            <w:pPr>
              <w:spacing w:after="0"/>
              <w:jc w:val="center"/>
            </w:pPr>
            <w:r>
              <w:rPr>
                <w:color w:val="000000"/>
                <w:sz w:val="20"/>
              </w:rPr>
              <w:t>Aspek 1</w:t>
            </w:r>
          </w:p>
        </w:tc>
        <w:tc>
          <w:tcPr>
            <w:tcW w:w="3024" w:type="dxa"/>
            <w:tcBorders>
              <w:top w:val="single" w:sz="4" w:space="0" w:color="BFBFBF"/>
              <w:left w:val="single" w:sz="4" w:space="0" w:color="BFBFBF"/>
              <w:bottom w:val="single" w:sz="4" w:space="0" w:color="BFBFBF"/>
              <w:right w:val="single" w:sz="4" w:space="0" w:color="BFBFBF"/>
            </w:tcBorders>
          </w:tcPr>
          <w:p w14:paraId="6D480FCF" w14:textId="77777777" w:rsidR="00B11C98" w:rsidRDefault="00B11C98" w:rsidP="00C028BE">
            <w:pPr>
              <w:spacing w:after="0"/>
              <w:jc w:val="left"/>
            </w:pPr>
            <w:r>
              <w:rPr>
                <w:i/>
                <w:color w:val="666666"/>
                <w:sz w:val="20"/>
              </w:rPr>
              <w:t>[isi ringkas]</w:t>
            </w:r>
          </w:p>
        </w:tc>
        <w:tc>
          <w:tcPr>
            <w:tcW w:w="3024" w:type="dxa"/>
            <w:tcBorders>
              <w:top w:val="single" w:sz="4" w:space="0" w:color="BFBFBF"/>
              <w:left w:val="single" w:sz="4" w:space="0" w:color="BFBFBF"/>
              <w:bottom w:val="single" w:sz="4" w:space="0" w:color="BFBFBF"/>
              <w:right w:val="single" w:sz="4" w:space="0" w:color="BFBFBF"/>
            </w:tcBorders>
          </w:tcPr>
          <w:p w14:paraId="00936EF7" w14:textId="77777777" w:rsidR="00B11C98" w:rsidRDefault="00B11C98" w:rsidP="00C028BE">
            <w:pPr>
              <w:spacing w:after="0"/>
              <w:jc w:val="left"/>
            </w:pPr>
            <w:r>
              <w:rPr>
                <w:i/>
                <w:color w:val="666666"/>
                <w:sz w:val="20"/>
              </w:rPr>
              <w:t>[implikasi]</w:t>
            </w:r>
          </w:p>
        </w:tc>
      </w:tr>
      <w:tr w:rsidR="00B11C98" w14:paraId="32D5E7D2" w14:textId="77777777" w:rsidTr="00C028BE">
        <w:trPr>
          <w:jc w:val="center"/>
        </w:trPr>
        <w:tc>
          <w:tcPr>
            <w:tcW w:w="3024" w:type="dxa"/>
            <w:tcBorders>
              <w:top w:val="single" w:sz="4" w:space="0" w:color="BFBFBF"/>
              <w:left w:val="single" w:sz="4" w:space="0" w:color="BFBFBF"/>
              <w:bottom w:val="single" w:sz="4" w:space="0" w:color="BFBFBF"/>
              <w:right w:val="single" w:sz="4" w:space="0" w:color="BFBFBF"/>
            </w:tcBorders>
          </w:tcPr>
          <w:p w14:paraId="3AB5E265" w14:textId="77777777" w:rsidR="00B11C98" w:rsidRDefault="00B11C98" w:rsidP="00C028BE">
            <w:pPr>
              <w:spacing w:after="0"/>
              <w:jc w:val="center"/>
            </w:pPr>
            <w:r>
              <w:rPr>
                <w:color w:val="000000"/>
                <w:sz w:val="20"/>
              </w:rPr>
              <w:t>Aspek 2</w:t>
            </w:r>
          </w:p>
        </w:tc>
        <w:tc>
          <w:tcPr>
            <w:tcW w:w="3024" w:type="dxa"/>
            <w:tcBorders>
              <w:top w:val="single" w:sz="4" w:space="0" w:color="BFBFBF"/>
              <w:left w:val="single" w:sz="4" w:space="0" w:color="BFBFBF"/>
              <w:bottom w:val="single" w:sz="4" w:space="0" w:color="BFBFBF"/>
              <w:right w:val="single" w:sz="4" w:space="0" w:color="BFBFBF"/>
            </w:tcBorders>
          </w:tcPr>
          <w:p w14:paraId="6EBB0974" w14:textId="77777777" w:rsidR="00B11C98" w:rsidRDefault="00B11C98" w:rsidP="00C028BE">
            <w:pPr>
              <w:spacing w:after="0"/>
              <w:jc w:val="left"/>
            </w:pPr>
            <w:r>
              <w:rPr>
                <w:i/>
                <w:color w:val="666666"/>
                <w:sz w:val="20"/>
              </w:rPr>
              <w:t>[isi ringkas]</w:t>
            </w:r>
          </w:p>
        </w:tc>
        <w:tc>
          <w:tcPr>
            <w:tcW w:w="3024" w:type="dxa"/>
            <w:tcBorders>
              <w:top w:val="single" w:sz="4" w:space="0" w:color="BFBFBF"/>
              <w:left w:val="single" w:sz="4" w:space="0" w:color="BFBFBF"/>
              <w:bottom w:val="single" w:sz="4" w:space="0" w:color="BFBFBF"/>
              <w:right w:val="single" w:sz="4" w:space="0" w:color="BFBFBF"/>
            </w:tcBorders>
          </w:tcPr>
          <w:p w14:paraId="186697B0" w14:textId="77777777" w:rsidR="00B11C98" w:rsidRDefault="00B11C98" w:rsidP="00C028BE">
            <w:pPr>
              <w:spacing w:after="0"/>
              <w:jc w:val="left"/>
            </w:pPr>
            <w:r>
              <w:rPr>
                <w:i/>
                <w:color w:val="666666"/>
                <w:sz w:val="20"/>
              </w:rPr>
              <w:t>[implikasi]</w:t>
            </w:r>
          </w:p>
        </w:tc>
      </w:tr>
      <w:tr w:rsidR="00B11C98" w14:paraId="5EDE90C4" w14:textId="77777777" w:rsidTr="00C028BE">
        <w:trPr>
          <w:jc w:val="center"/>
        </w:trPr>
        <w:tc>
          <w:tcPr>
            <w:tcW w:w="3024" w:type="dxa"/>
            <w:tcBorders>
              <w:top w:val="single" w:sz="4" w:space="0" w:color="BFBFBF"/>
              <w:left w:val="single" w:sz="4" w:space="0" w:color="BFBFBF"/>
              <w:bottom w:val="single" w:sz="4" w:space="0" w:color="BFBFBF"/>
              <w:right w:val="single" w:sz="4" w:space="0" w:color="BFBFBF"/>
            </w:tcBorders>
          </w:tcPr>
          <w:p w14:paraId="532B358F" w14:textId="77777777" w:rsidR="00B11C98" w:rsidRDefault="00B11C98" w:rsidP="00C028BE">
            <w:pPr>
              <w:spacing w:after="0"/>
              <w:jc w:val="center"/>
            </w:pPr>
            <w:r>
              <w:rPr>
                <w:color w:val="000000"/>
                <w:sz w:val="20"/>
              </w:rPr>
              <w:t>Aspek 3</w:t>
            </w:r>
          </w:p>
        </w:tc>
        <w:tc>
          <w:tcPr>
            <w:tcW w:w="3024" w:type="dxa"/>
            <w:tcBorders>
              <w:top w:val="single" w:sz="4" w:space="0" w:color="BFBFBF"/>
              <w:left w:val="single" w:sz="4" w:space="0" w:color="BFBFBF"/>
              <w:bottom w:val="single" w:sz="4" w:space="0" w:color="BFBFBF"/>
              <w:right w:val="single" w:sz="4" w:space="0" w:color="BFBFBF"/>
            </w:tcBorders>
          </w:tcPr>
          <w:p w14:paraId="3BB299B9" w14:textId="77777777" w:rsidR="00B11C98" w:rsidRDefault="00B11C98" w:rsidP="00C028BE">
            <w:pPr>
              <w:spacing w:after="0"/>
              <w:jc w:val="left"/>
            </w:pPr>
            <w:r>
              <w:rPr>
                <w:i/>
                <w:color w:val="666666"/>
                <w:sz w:val="20"/>
              </w:rPr>
              <w:t>[isi ringkas]</w:t>
            </w:r>
          </w:p>
        </w:tc>
        <w:tc>
          <w:tcPr>
            <w:tcW w:w="3024" w:type="dxa"/>
            <w:tcBorders>
              <w:top w:val="single" w:sz="4" w:space="0" w:color="BFBFBF"/>
              <w:left w:val="single" w:sz="4" w:space="0" w:color="BFBFBF"/>
              <w:bottom w:val="single" w:sz="4" w:space="0" w:color="BFBFBF"/>
              <w:right w:val="single" w:sz="4" w:space="0" w:color="BFBFBF"/>
            </w:tcBorders>
          </w:tcPr>
          <w:p w14:paraId="4DC021D4" w14:textId="77777777" w:rsidR="00B11C98" w:rsidRDefault="00B11C98" w:rsidP="00C028BE">
            <w:pPr>
              <w:spacing w:after="0"/>
              <w:jc w:val="left"/>
            </w:pPr>
            <w:r>
              <w:rPr>
                <w:i/>
                <w:color w:val="666666"/>
                <w:sz w:val="20"/>
              </w:rPr>
              <w:t>[implikasi]</w:t>
            </w:r>
          </w:p>
        </w:tc>
      </w:tr>
    </w:tbl>
    <w:p w14:paraId="1B648560" w14:textId="5E71F529" w:rsidR="00B11C98" w:rsidRDefault="00B11C98" w:rsidP="00B11C98">
      <w:pPr>
        <w:pStyle w:val="JHKHeading1"/>
      </w:pPr>
      <w:r>
        <w:t xml:space="preserve">4. KESIMPULAN </w:t>
      </w:r>
      <w:r w:rsidRPr="00632197">
        <w:t>[</w:t>
      </w:r>
      <w:r w:rsidRPr="00632197">
        <w:rPr>
          <w:color w:val="000000"/>
          <w:sz w:val="22"/>
        </w:rPr>
        <w:t xml:space="preserve">huruf </w:t>
      </w:r>
      <w:r>
        <w:rPr>
          <w:color w:val="000000"/>
          <w:sz w:val="22"/>
        </w:rPr>
        <w:t xml:space="preserve">12 pt </w:t>
      </w:r>
      <w:r w:rsidRPr="00632197">
        <w:rPr>
          <w:color w:val="000000"/>
          <w:sz w:val="22"/>
        </w:rPr>
        <w:t>Kapital, Tegak, Ditebalkan, Spasi 1,5</w:t>
      </w:r>
      <w:r w:rsidR="006247F8">
        <w:rPr>
          <w:color w:val="000000"/>
          <w:sz w:val="22"/>
        </w:rPr>
        <w:t>]</w:t>
      </w:r>
    </w:p>
    <w:p w14:paraId="7A5D6300" w14:textId="573A5FAD" w:rsidR="00B11C98" w:rsidRPr="001B4E77" w:rsidRDefault="00B11C98" w:rsidP="00B11C98">
      <w:pPr>
        <w:spacing w:after="60"/>
        <w:ind w:firstLine="720"/>
        <w:rPr>
          <w:iCs/>
        </w:rPr>
      </w:pPr>
      <w:r w:rsidRPr="001B4E77">
        <w:rPr>
          <w:iCs/>
          <w:color w:val="666666"/>
          <w:sz w:val="22"/>
        </w:rPr>
        <w:t>Tuliskan kesimpulan secara padat sebagai jawaban langsung atas rumusan masalah. Hindari pengulangan pembahasan. Nyatakan kontribusi teoretis/praktis, keterbatasan penelitian, dan rekomendasi penelitian lanjutan bila relevan.</w:t>
      </w:r>
      <w:r>
        <w:rPr>
          <w:iCs/>
          <w:color w:val="666666"/>
          <w:sz w:val="22"/>
        </w:rPr>
        <w:t xml:space="preserve"> </w:t>
      </w:r>
      <w:r w:rsidRPr="00632197">
        <w:rPr>
          <w:b/>
          <w:bCs/>
          <w:color w:val="000000"/>
          <w:sz w:val="22"/>
        </w:rPr>
        <w:t>[huruf Tegak, Times New Roman 12, Spasi 1,5</w:t>
      </w:r>
      <w:r w:rsidR="006247F8">
        <w:rPr>
          <w:b/>
          <w:bCs/>
          <w:color w:val="000000"/>
          <w:sz w:val="22"/>
        </w:rPr>
        <w:t>]</w:t>
      </w:r>
    </w:p>
    <w:p w14:paraId="15440655" w14:textId="77777777" w:rsidR="00E041E1" w:rsidRDefault="00E041E1" w:rsidP="00B11C98">
      <w:pPr>
        <w:pStyle w:val="JHKHeading1"/>
        <w:spacing w:before="0" w:after="0" w:line="240" w:lineRule="auto"/>
      </w:pPr>
    </w:p>
    <w:p w14:paraId="5E01FCA4" w14:textId="01EDA79E" w:rsidR="00B11C98" w:rsidRDefault="00B11C98" w:rsidP="00B11C98">
      <w:pPr>
        <w:pStyle w:val="JHKHeading1"/>
        <w:spacing w:before="0" w:after="0" w:line="240" w:lineRule="auto"/>
      </w:pPr>
      <w:r>
        <w:t xml:space="preserve">DAFTAR PUSTAKA </w:t>
      </w:r>
      <w:r w:rsidRPr="00632197">
        <w:t>[</w:t>
      </w:r>
      <w:r w:rsidRPr="00632197">
        <w:rPr>
          <w:color w:val="000000"/>
          <w:sz w:val="22"/>
        </w:rPr>
        <w:t xml:space="preserve">huruf </w:t>
      </w:r>
      <w:r>
        <w:rPr>
          <w:color w:val="000000"/>
          <w:sz w:val="22"/>
        </w:rPr>
        <w:t xml:space="preserve">12 pt </w:t>
      </w:r>
      <w:r w:rsidRPr="00632197">
        <w:rPr>
          <w:color w:val="000000"/>
          <w:sz w:val="22"/>
        </w:rPr>
        <w:t>Kapital, Tegak, Ditebalkan, Spasi 1,5</w:t>
      </w:r>
      <w:r w:rsidR="006247F8">
        <w:rPr>
          <w:color w:val="000000"/>
          <w:sz w:val="22"/>
        </w:rPr>
        <w:t>]</w:t>
      </w:r>
    </w:p>
    <w:p w14:paraId="0D460748" w14:textId="77777777" w:rsidR="00B11C98" w:rsidRDefault="00B11C98" w:rsidP="00B11C98">
      <w:pPr>
        <w:spacing w:after="0" w:line="240" w:lineRule="auto"/>
        <w:ind w:firstLine="720"/>
        <w:rPr>
          <w:color w:val="000000"/>
          <w:sz w:val="22"/>
        </w:rPr>
      </w:pPr>
      <w:r>
        <w:rPr>
          <w:color w:val="000000"/>
          <w:sz w:val="22"/>
        </w:rPr>
        <w:t xml:space="preserve">Daftar pustaka ditulis sesuai aturan penulisan </w:t>
      </w:r>
      <w:r w:rsidRPr="00B320FE">
        <w:rPr>
          <w:rFonts w:cs="Times New Roman"/>
          <w:color w:val="000000"/>
          <w:sz w:val="22"/>
          <w:lang w:eastAsia="en-ID"/>
        </w:rPr>
        <w:t>American Psychological Association (APA</w:t>
      </w:r>
      <w:r>
        <w:rPr>
          <w:rFonts w:cs="Times New Roman"/>
          <w:color w:val="000000"/>
          <w:sz w:val="22"/>
          <w:lang w:eastAsia="en-ID"/>
        </w:rPr>
        <w:t>)</w:t>
      </w:r>
      <w:r>
        <w:rPr>
          <w:color w:val="000000"/>
          <w:sz w:val="22"/>
        </w:rPr>
        <w:t xml:space="preserve"> Semua referensi yang digunakan dalam penulisan di daftar pustaka diberi di urut sesuai </w:t>
      </w:r>
      <w:r>
        <w:rPr>
          <w:b/>
          <w:bCs/>
          <w:color w:val="000000"/>
          <w:sz w:val="22"/>
        </w:rPr>
        <w:t>Abjad</w:t>
      </w:r>
      <w:r>
        <w:rPr>
          <w:color w:val="000000"/>
          <w:sz w:val="22"/>
        </w:rPr>
        <w:t xml:space="preserve">. </w:t>
      </w:r>
    </w:p>
    <w:p w14:paraId="5292179E" w14:textId="77777777" w:rsidR="00B11C98" w:rsidRPr="00907E22" w:rsidRDefault="00B11C98" w:rsidP="00B11C98">
      <w:pPr>
        <w:spacing w:after="0" w:line="240" w:lineRule="auto"/>
        <w:ind w:firstLine="720"/>
        <w:rPr>
          <w:rFonts w:cs="Times New Roman"/>
          <w:color w:val="000000"/>
          <w:sz w:val="22"/>
          <w:lang w:eastAsia="en-ID"/>
        </w:rPr>
      </w:pPr>
      <w:r>
        <w:rPr>
          <w:color w:val="000000"/>
          <w:sz w:val="22"/>
        </w:rPr>
        <w:t xml:space="preserve">Hanya mencantumkan kepustakaan yang dipakai dan relevan. Sumber rujukan menggunakan  </w:t>
      </w:r>
      <w:r w:rsidRPr="00962B9A">
        <w:rPr>
          <w:rFonts w:cs="Times New Roman"/>
          <w:color w:val="000000"/>
          <w:sz w:val="22"/>
        </w:rPr>
        <w:t>sumber primer seperti artikel penelittian di jurnal ilmiah, laporan penelitian atau prosiding, artikel di buku dari hasil penelitian, situs sejarah, artefak, dan lain-lain yang bersifat karya asli. Perbandingan sumber primer tersebut adalah 80% dibandingkan sumber lainnya dari total daftar pustaka dan berasal dari publikasi 5 tahun terakhir. Jumlah daftar pustaka lebih dari 10 sumber</w:t>
      </w:r>
      <w:r>
        <w:rPr>
          <w:rFonts w:cs="Times New Roman"/>
          <w:color w:val="000000"/>
          <w:sz w:val="22"/>
        </w:rPr>
        <w:t xml:space="preserve"> atau minimal m</w:t>
      </w:r>
      <w:r w:rsidRPr="00B320FE">
        <w:rPr>
          <w:rFonts w:cs="Times New Roman"/>
          <w:color w:val="000000"/>
          <w:sz w:val="22"/>
          <w:lang w:eastAsia="en-ID"/>
        </w:rPr>
        <w:t xml:space="preserve">emuat sumber dirujuk 80% </w:t>
      </w:r>
      <w:r>
        <w:rPr>
          <w:rFonts w:cs="Times New Roman"/>
          <w:color w:val="000000"/>
          <w:sz w:val="22"/>
          <w:lang w:eastAsia="en-ID"/>
        </w:rPr>
        <w:t xml:space="preserve">dan </w:t>
      </w:r>
      <w:r w:rsidRPr="00B320FE">
        <w:rPr>
          <w:rFonts w:cs="Times New Roman"/>
          <w:color w:val="000000"/>
          <w:sz w:val="22"/>
          <w:lang w:eastAsia="en-ID"/>
        </w:rPr>
        <w:t xml:space="preserve">terbitan 5 tahun terakhir. </w:t>
      </w:r>
      <w:r w:rsidRPr="00F57526">
        <w:rPr>
          <w:rFonts w:cs="Times New Roman"/>
          <w:b/>
          <w:bCs/>
          <w:color w:val="000000"/>
          <w:sz w:val="22"/>
          <w:lang w:eastAsia="en-ID"/>
        </w:rPr>
        <w:t>[</w:t>
      </w:r>
      <w:r w:rsidRPr="00F57526">
        <w:rPr>
          <w:rFonts w:cs="Times New Roman"/>
          <w:b/>
          <w:bCs/>
          <w:color w:val="000000"/>
          <w:sz w:val="22"/>
        </w:rPr>
        <w:t>Times New Roman 11 pt</w:t>
      </w:r>
      <w:r>
        <w:rPr>
          <w:rFonts w:cs="Times New Roman"/>
          <w:b/>
          <w:bCs/>
          <w:color w:val="000000"/>
          <w:sz w:val="22"/>
        </w:rPr>
        <w:t>, T</w:t>
      </w:r>
      <w:r w:rsidRPr="00F57526">
        <w:rPr>
          <w:rFonts w:cs="Times New Roman"/>
          <w:b/>
          <w:bCs/>
          <w:color w:val="000000"/>
          <w:sz w:val="22"/>
        </w:rPr>
        <w:t>egak) spasi 1,0</w:t>
      </w:r>
      <w:r>
        <w:rPr>
          <w:rFonts w:cs="Times New Roman"/>
          <w:b/>
          <w:bCs/>
          <w:color w:val="000000"/>
          <w:sz w:val="22"/>
        </w:rPr>
        <w:t>]</w:t>
      </w:r>
    </w:p>
    <w:p w14:paraId="49A0E6A8" w14:textId="77777777" w:rsidR="00B11C98" w:rsidRPr="00B320FE" w:rsidRDefault="00B11C98" w:rsidP="00B11C98">
      <w:pPr>
        <w:spacing w:after="0" w:line="240" w:lineRule="auto"/>
        <w:ind w:firstLine="720"/>
        <w:rPr>
          <w:rFonts w:cs="Times New Roman"/>
          <w:sz w:val="22"/>
          <w:lang w:eastAsia="en-ID"/>
        </w:rPr>
      </w:pPr>
    </w:p>
    <w:p w14:paraId="3CBDA834" w14:textId="77777777" w:rsidR="00B11C98" w:rsidRDefault="00B11C98" w:rsidP="00B11C98">
      <w:pPr>
        <w:spacing w:after="0" w:line="240" w:lineRule="auto"/>
        <w:rPr>
          <w:rFonts w:cs="Times New Roman"/>
          <w:sz w:val="22"/>
          <w:lang w:eastAsia="en-ID"/>
        </w:rPr>
      </w:pPr>
      <w:r w:rsidRPr="00F57526">
        <w:rPr>
          <w:rFonts w:cs="Times New Roman"/>
          <w:b/>
          <w:bCs/>
          <w:sz w:val="22"/>
          <w:lang w:eastAsia="en-ID"/>
        </w:rPr>
        <w:t>Contoh</w:t>
      </w:r>
      <w:r>
        <w:rPr>
          <w:rFonts w:cs="Times New Roman"/>
          <w:sz w:val="22"/>
          <w:lang w:eastAsia="en-ID"/>
        </w:rPr>
        <w:t xml:space="preserve"> </w:t>
      </w:r>
    </w:p>
    <w:p w14:paraId="52EA9F51" w14:textId="77777777" w:rsidR="00B11C98" w:rsidRPr="00B320FE" w:rsidRDefault="00B11C98" w:rsidP="00B11C98">
      <w:pPr>
        <w:spacing w:after="0" w:line="240" w:lineRule="auto"/>
        <w:rPr>
          <w:rFonts w:cs="Times New Roman"/>
          <w:sz w:val="22"/>
          <w:lang w:eastAsia="en-ID"/>
        </w:rPr>
      </w:pPr>
    </w:p>
    <w:p w14:paraId="0DEECAC2" w14:textId="77777777" w:rsidR="00B11C98" w:rsidRPr="00B320FE" w:rsidRDefault="00B11C98" w:rsidP="00B11C98">
      <w:pPr>
        <w:spacing w:after="0" w:line="240" w:lineRule="auto"/>
        <w:ind w:right="-28"/>
        <w:rPr>
          <w:rFonts w:cs="Times New Roman"/>
          <w:sz w:val="22"/>
          <w:lang w:eastAsia="en-ID"/>
        </w:rPr>
      </w:pPr>
      <w:r w:rsidRPr="00B320FE">
        <w:rPr>
          <w:rFonts w:cs="Times New Roman"/>
          <w:b/>
          <w:bCs/>
          <w:color w:val="000000"/>
          <w:sz w:val="22"/>
          <w:lang w:eastAsia="en-ID"/>
        </w:rPr>
        <w:t>Journal article</w:t>
      </w:r>
    </w:p>
    <w:p w14:paraId="1CE53046" w14:textId="77777777" w:rsidR="00B11C98" w:rsidRPr="00B320FE" w:rsidRDefault="00B11C98" w:rsidP="00B11C98">
      <w:pPr>
        <w:spacing w:after="0" w:line="240" w:lineRule="auto"/>
        <w:ind w:left="567" w:right="-28" w:hanging="567"/>
        <w:rPr>
          <w:rFonts w:cs="Times New Roman"/>
          <w:sz w:val="22"/>
          <w:lang w:eastAsia="en-ID"/>
        </w:rPr>
      </w:pPr>
      <w:r w:rsidRPr="00B320FE">
        <w:rPr>
          <w:rFonts w:cs="Times New Roman"/>
          <w:color w:val="000000"/>
          <w:sz w:val="22"/>
          <w:lang w:eastAsia="en-ID"/>
        </w:rPr>
        <w:t xml:space="preserve">Grady, J. S., Her, M., Moreno, G., Perez, C., &amp; Yelinek, J. (2019). Emotions in storybooks: A comparison of storybooks that represent ethnic and racial groups in the United States. </w:t>
      </w:r>
      <w:r w:rsidRPr="00B320FE">
        <w:rPr>
          <w:rFonts w:cs="Times New Roman"/>
          <w:i/>
          <w:iCs/>
          <w:color w:val="000000"/>
          <w:sz w:val="22"/>
          <w:lang w:eastAsia="en-ID"/>
        </w:rPr>
        <w:t>Psychology of Popular Media Culture</w:t>
      </w:r>
      <w:r w:rsidRPr="00B320FE">
        <w:rPr>
          <w:rFonts w:cs="Times New Roman"/>
          <w:color w:val="000000"/>
          <w:sz w:val="22"/>
          <w:lang w:eastAsia="en-ID"/>
        </w:rPr>
        <w:t xml:space="preserve">, </w:t>
      </w:r>
      <w:r w:rsidRPr="00B320FE">
        <w:rPr>
          <w:rFonts w:cs="Times New Roman"/>
          <w:i/>
          <w:iCs/>
          <w:color w:val="000000"/>
          <w:sz w:val="22"/>
          <w:lang w:eastAsia="en-ID"/>
        </w:rPr>
        <w:t>8</w:t>
      </w:r>
      <w:r w:rsidRPr="00B320FE">
        <w:rPr>
          <w:rFonts w:cs="Times New Roman"/>
          <w:color w:val="000000"/>
          <w:sz w:val="22"/>
          <w:lang w:eastAsia="en-ID"/>
        </w:rPr>
        <w:t xml:space="preserve">(3), 207–217. </w:t>
      </w:r>
      <w:hyperlink r:id="rId14" w:history="1">
        <w:r w:rsidRPr="007C4126">
          <w:rPr>
            <w:rStyle w:val="Hyperlink"/>
            <w:rFonts w:cs="Times New Roman"/>
            <w:sz w:val="22"/>
            <w:lang w:eastAsia="en-ID"/>
          </w:rPr>
          <w:t>https://doi.org/10.1037/ppm0000185</w:t>
        </w:r>
      </w:hyperlink>
    </w:p>
    <w:p w14:paraId="1F799EF6" w14:textId="77777777" w:rsidR="00B11C98" w:rsidRPr="00B320FE" w:rsidRDefault="00B11C98" w:rsidP="00B11C98">
      <w:pPr>
        <w:spacing w:after="0" w:line="240" w:lineRule="auto"/>
        <w:rPr>
          <w:rFonts w:cs="Times New Roman"/>
          <w:sz w:val="22"/>
          <w:lang w:eastAsia="en-ID"/>
        </w:rPr>
      </w:pPr>
    </w:p>
    <w:p w14:paraId="17D3F951" w14:textId="77777777" w:rsidR="00B11C98" w:rsidRPr="00B320FE" w:rsidRDefault="00B11C98" w:rsidP="00B11C98">
      <w:pPr>
        <w:spacing w:after="0" w:line="240" w:lineRule="auto"/>
        <w:outlineLvl w:val="0"/>
        <w:rPr>
          <w:rFonts w:cs="Times New Roman"/>
          <w:b/>
          <w:bCs/>
          <w:kern w:val="36"/>
          <w:sz w:val="22"/>
          <w:lang w:eastAsia="en-ID"/>
        </w:rPr>
      </w:pPr>
      <w:r w:rsidRPr="00B320FE">
        <w:rPr>
          <w:rFonts w:cs="Times New Roman"/>
          <w:b/>
          <w:bCs/>
          <w:color w:val="000000"/>
          <w:kern w:val="36"/>
          <w:sz w:val="22"/>
          <w:lang w:eastAsia="en-ID"/>
        </w:rPr>
        <w:t>Book References</w:t>
      </w:r>
    </w:p>
    <w:p w14:paraId="3A1069E0" w14:textId="77777777" w:rsidR="00B11C98" w:rsidRPr="00B320FE" w:rsidRDefault="00B11C98" w:rsidP="00B11C98">
      <w:pPr>
        <w:spacing w:after="0" w:line="240" w:lineRule="auto"/>
        <w:ind w:left="567" w:right="-28" w:hanging="567"/>
        <w:rPr>
          <w:rFonts w:cs="Times New Roman"/>
          <w:sz w:val="22"/>
          <w:lang w:eastAsia="en-ID"/>
        </w:rPr>
      </w:pPr>
      <w:r w:rsidRPr="00B320FE">
        <w:rPr>
          <w:rFonts w:cs="Times New Roman"/>
          <w:color w:val="000000"/>
          <w:sz w:val="22"/>
          <w:lang w:eastAsia="en-ID"/>
        </w:rPr>
        <w:t xml:space="preserve">Jackson, L. M. (2019). </w:t>
      </w:r>
      <w:r w:rsidRPr="00B320FE">
        <w:rPr>
          <w:rFonts w:cs="Times New Roman"/>
          <w:i/>
          <w:iCs/>
          <w:color w:val="000000"/>
          <w:sz w:val="22"/>
          <w:lang w:eastAsia="en-ID"/>
        </w:rPr>
        <w:t>The psychology of prejudice: From attitudes to social action</w:t>
      </w:r>
      <w:r w:rsidRPr="00B320FE">
        <w:rPr>
          <w:rFonts w:cs="Times New Roman"/>
          <w:color w:val="000000"/>
          <w:sz w:val="22"/>
          <w:lang w:eastAsia="en-ID"/>
        </w:rPr>
        <w:t xml:space="preserve"> (2nd ed.). American Psychological Association. </w:t>
      </w:r>
      <w:hyperlink r:id="rId15" w:history="1">
        <w:r w:rsidRPr="00B320FE">
          <w:rPr>
            <w:rFonts w:cs="Times New Roman"/>
            <w:color w:val="0563C1"/>
            <w:sz w:val="22"/>
            <w:u w:val="single"/>
            <w:lang w:eastAsia="en-ID"/>
          </w:rPr>
          <w:t>https://doi.org/10.1037/0000168-000</w:t>
        </w:r>
      </w:hyperlink>
      <w:r w:rsidRPr="00B320FE">
        <w:rPr>
          <w:rFonts w:cs="Times New Roman"/>
          <w:color w:val="000000"/>
          <w:sz w:val="22"/>
          <w:lang w:eastAsia="en-ID"/>
        </w:rPr>
        <w:t> </w:t>
      </w:r>
    </w:p>
    <w:p w14:paraId="42CBC06B" w14:textId="77777777" w:rsidR="00E041E1" w:rsidRDefault="00E041E1" w:rsidP="00E041E1">
      <w:pPr>
        <w:pStyle w:val="JHKHeading1"/>
      </w:pPr>
      <w:r>
        <w:t xml:space="preserve">UCAPAN TERIMA KASIH </w:t>
      </w:r>
      <w:r w:rsidRPr="00632197">
        <w:t>[</w:t>
      </w:r>
      <w:r w:rsidRPr="00632197">
        <w:rPr>
          <w:color w:val="000000"/>
          <w:sz w:val="22"/>
        </w:rPr>
        <w:t xml:space="preserve">huruf </w:t>
      </w:r>
      <w:r>
        <w:rPr>
          <w:color w:val="000000"/>
          <w:sz w:val="22"/>
        </w:rPr>
        <w:t xml:space="preserve">12 pt </w:t>
      </w:r>
      <w:r w:rsidRPr="00632197">
        <w:rPr>
          <w:color w:val="000000"/>
          <w:sz w:val="22"/>
        </w:rPr>
        <w:t>Kapital, Tegak, Ditebalkan, Spasi 1,5</w:t>
      </w:r>
      <w:r>
        <w:rPr>
          <w:color w:val="000000"/>
          <w:sz w:val="22"/>
        </w:rPr>
        <w:t>]</w:t>
      </w:r>
    </w:p>
    <w:p w14:paraId="1DA19B72" w14:textId="77777777" w:rsidR="00E041E1" w:rsidRDefault="00E041E1" w:rsidP="00E041E1">
      <w:pPr>
        <w:spacing w:after="60"/>
      </w:pPr>
      <w:r>
        <w:rPr>
          <w:i/>
          <w:color w:val="666666"/>
          <w:sz w:val="22"/>
        </w:rPr>
        <w:t>Cantumkan dukungan pendanaan, institusi, atau pihak yang berkontribusi secara substantif, jika ada.</w:t>
      </w:r>
    </w:p>
    <w:p w14:paraId="5BD51E55" w14:textId="77777777" w:rsidR="00E041E1" w:rsidRDefault="00E041E1" w:rsidP="00E041E1">
      <w:pPr>
        <w:pStyle w:val="JHKHeading1"/>
      </w:pPr>
      <w:r>
        <w:t>PERNYATAAN ETIK, KONFLIK KEPENTINGAN, DAN KONTRIBUSI PENULIS</w:t>
      </w:r>
    </w:p>
    <w:p w14:paraId="19F98C61" w14:textId="77777777" w:rsidR="00E041E1" w:rsidRDefault="00E041E1" w:rsidP="00E041E1">
      <w:pPr>
        <w:spacing w:after="60"/>
        <w:rPr>
          <w:b/>
          <w:bCs/>
          <w:color w:val="000000"/>
          <w:sz w:val="22"/>
        </w:rPr>
      </w:pPr>
      <w:r>
        <w:rPr>
          <w:i/>
          <w:color w:val="666666"/>
          <w:sz w:val="22"/>
        </w:rPr>
        <w:t xml:space="preserve">Nyatakan persetujuan etik untuk penelitian empiris, ketiadaan konflik kepentingan, sumber pendanaan, serta kontribusi masing-masing penulis. Bagian ini dapat disesuaikan dengan kebijakan redaksi. </w:t>
      </w:r>
      <w:r w:rsidRPr="00632197">
        <w:rPr>
          <w:b/>
          <w:bCs/>
          <w:color w:val="000000"/>
          <w:sz w:val="22"/>
        </w:rPr>
        <w:t>[huruf Tegak, Times New Roman 12, Spasi 1,5</w:t>
      </w:r>
      <w:r>
        <w:rPr>
          <w:b/>
          <w:bCs/>
          <w:color w:val="000000"/>
          <w:sz w:val="22"/>
        </w:rPr>
        <w:t>]</w:t>
      </w:r>
    </w:p>
    <w:p w14:paraId="67082482" w14:textId="6DB3AB9E" w:rsidR="00B11C98" w:rsidRDefault="00B11C98" w:rsidP="00B11C98">
      <w:pPr>
        <w:pStyle w:val="JHKHeading1"/>
      </w:pPr>
      <w:r>
        <w:t>LAMPIRAN: KETENTUAN FORMAT NASKAH</w:t>
      </w:r>
    </w:p>
    <w:tbl>
      <w:tblPr>
        <w:tblW w:w="5000" w:type="pct"/>
        <w:jc w:val="center"/>
        <w:tblLook w:val="04A0" w:firstRow="1" w:lastRow="0" w:firstColumn="1" w:lastColumn="0" w:noHBand="0" w:noVBand="1"/>
      </w:tblPr>
      <w:tblGrid>
        <w:gridCol w:w="392"/>
        <w:gridCol w:w="1984"/>
        <w:gridCol w:w="6912"/>
      </w:tblGrid>
      <w:tr w:rsidR="00B11C98" w14:paraId="5FB0E1AB" w14:textId="77777777" w:rsidTr="00E576CA">
        <w:trPr>
          <w:jc w:val="center"/>
        </w:trPr>
        <w:tc>
          <w:tcPr>
            <w:tcW w:w="2376" w:type="dxa"/>
            <w:gridSpan w:val="2"/>
            <w:tcBorders>
              <w:top w:val="single" w:sz="4" w:space="0" w:color="BFBFBF"/>
              <w:left w:val="single" w:sz="4" w:space="0" w:color="BFBFBF"/>
              <w:bottom w:val="single" w:sz="2" w:space="0" w:color="auto"/>
              <w:right w:val="single" w:sz="4" w:space="0" w:color="BFBFBF"/>
            </w:tcBorders>
            <w:shd w:val="clear" w:color="auto" w:fill="31849B" w:themeFill="accent5" w:themeFillShade="BF"/>
          </w:tcPr>
          <w:p w14:paraId="3E6D8038" w14:textId="77777777" w:rsidR="00B11C98" w:rsidRPr="005137A7" w:rsidRDefault="00B11C98" w:rsidP="00C028BE">
            <w:pPr>
              <w:jc w:val="center"/>
              <w:rPr>
                <w:b/>
                <w:color w:val="FFFFFF"/>
                <w:sz w:val="2"/>
                <w:szCs w:val="2"/>
              </w:rPr>
            </w:pPr>
          </w:p>
          <w:p w14:paraId="09DCBAE4" w14:textId="77777777" w:rsidR="00B11C98" w:rsidRDefault="00B11C98" w:rsidP="00C028BE">
            <w:pPr>
              <w:jc w:val="center"/>
            </w:pPr>
            <w:r>
              <w:rPr>
                <w:b/>
                <w:color w:val="FFFFFF"/>
                <w:sz w:val="20"/>
              </w:rPr>
              <w:t>Komponen</w:t>
            </w:r>
          </w:p>
        </w:tc>
        <w:tc>
          <w:tcPr>
            <w:tcW w:w="6912" w:type="dxa"/>
            <w:tcBorders>
              <w:top w:val="single" w:sz="4" w:space="0" w:color="BFBFBF"/>
              <w:left w:val="single" w:sz="4" w:space="0" w:color="BFBFBF"/>
              <w:bottom w:val="single" w:sz="2" w:space="0" w:color="auto"/>
              <w:right w:val="single" w:sz="4" w:space="0" w:color="BFBFBF"/>
            </w:tcBorders>
            <w:shd w:val="clear" w:color="auto" w:fill="31849B" w:themeFill="accent5" w:themeFillShade="BF"/>
          </w:tcPr>
          <w:p w14:paraId="73FA686F" w14:textId="77777777" w:rsidR="00B11C98" w:rsidRPr="005137A7" w:rsidRDefault="00B11C98" w:rsidP="00C028BE">
            <w:pPr>
              <w:jc w:val="center"/>
              <w:rPr>
                <w:b/>
                <w:color w:val="FFFFFF"/>
                <w:sz w:val="2"/>
                <w:szCs w:val="2"/>
              </w:rPr>
            </w:pPr>
          </w:p>
          <w:p w14:paraId="68855F96" w14:textId="77777777" w:rsidR="00B11C98" w:rsidRDefault="00B11C98" w:rsidP="00C028BE">
            <w:pPr>
              <w:jc w:val="center"/>
            </w:pPr>
            <w:r>
              <w:rPr>
                <w:b/>
                <w:color w:val="FFFFFF"/>
                <w:sz w:val="20"/>
              </w:rPr>
              <w:t>Ketentuan</w:t>
            </w:r>
          </w:p>
        </w:tc>
      </w:tr>
      <w:tr w:rsidR="00B11C98" w14:paraId="1B0E143F" w14:textId="77777777" w:rsidTr="00E576CA">
        <w:trPr>
          <w:jc w:val="center"/>
        </w:trPr>
        <w:tc>
          <w:tcPr>
            <w:tcW w:w="2376" w:type="dxa"/>
            <w:gridSpan w:val="2"/>
            <w:tcBorders>
              <w:top w:val="single" w:sz="2" w:space="0" w:color="auto"/>
              <w:left w:val="single" w:sz="2" w:space="0" w:color="auto"/>
              <w:bottom w:val="single" w:sz="2" w:space="0" w:color="auto"/>
              <w:right w:val="single" w:sz="2" w:space="0" w:color="auto"/>
            </w:tcBorders>
            <w:shd w:val="clear" w:color="auto" w:fill="DAEEF3" w:themeFill="accent5" w:themeFillTint="33"/>
            <w:vAlign w:val="center"/>
          </w:tcPr>
          <w:p w14:paraId="1FCE57B5" w14:textId="77777777" w:rsidR="00B11C98" w:rsidRPr="007B5BDD" w:rsidRDefault="00B11C98" w:rsidP="00C028BE">
            <w:pPr>
              <w:spacing w:after="0"/>
              <w:rPr>
                <w:rFonts w:cs="Times New Roman"/>
                <w:sz w:val="20"/>
                <w:szCs w:val="20"/>
              </w:rPr>
            </w:pPr>
            <w:r w:rsidRPr="007B5BDD">
              <w:rPr>
                <w:rFonts w:cs="Times New Roman"/>
                <w:b/>
                <w:sz w:val="20"/>
                <w:szCs w:val="20"/>
              </w:rPr>
              <w:t>Ukuran Kertas</w:t>
            </w:r>
          </w:p>
        </w:tc>
        <w:tc>
          <w:tcPr>
            <w:tcW w:w="6912" w:type="dxa"/>
            <w:tcBorders>
              <w:top w:val="single" w:sz="2" w:space="0" w:color="auto"/>
              <w:left w:val="single" w:sz="2" w:space="0" w:color="auto"/>
              <w:bottom w:val="single" w:sz="2" w:space="0" w:color="auto"/>
              <w:right w:val="single" w:sz="2" w:space="0" w:color="auto"/>
            </w:tcBorders>
            <w:vAlign w:val="center"/>
          </w:tcPr>
          <w:p w14:paraId="4A077486" w14:textId="77777777" w:rsidR="00B11C98" w:rsidRPr="007B5BDD" w:rsidRDefault="00B11C98" w:rsidP="00C028BE">
            <w:pPr>
              <w:spacing w:after="0"/>
              <w:rPr>
                <w:rFonts w:cs="Times New Roman"/>
                <w:sz w:val="20"/>
                <w:szCs w:val="20"/>
              </w:rPr>
            </w:pPr>
            <w:r w:rsidRPr="007B5BDD">
              <w:rPr>
                <w:rFonts w:cs="Times New Roman"/>
                <w:sz w:val="20"/>
                <w:szCs w:val="20"/>
              </w:rPr>
              <w:t>A4</w:t>
            </w:r>
          </w:p>
        </w:tc>
      </w:tr>
      <w:tr w:rsidR="00B11C98" w14:paraId="03D849C5" w14:textId="77777777" w:rsidTr="00E576CA">
        <w:trPr>
          <w:jc w:val="center"/>
        </w:trPr>
        <w:tc>
          <w:tcPr>
            <w:tcW w:w="2376" w:type="dxa"/>
            <w:gridSpan w:val="2"/>
            <w:tcBorders>
              <w:top w:val="single" w:sz="2" w:space="0" w:color="auto"/>
              <w:left w:val="single" w:sz="2" w:space="0" w:color="auto"/>
              <w:bottom w:val="single" w:sz="2" w:space="0" w:color="auto"/>
              <w:right w:val="single" w:sz="2" w:space="0" w:color="auto"/>
            </w:tcBorders>
            <w:shd w:val="clear" w:color="auto" w:fill="DAEEF3" w:themeFill="accent5" w:themeFillTint="33"/>
            <w:vAlign w:val="center"/>
          </w:tcPr>
          <w:p w14:paraId="062B6705" w14:textId="77777777" w:rsidR="00B11C98" w:rsidRPr="007B5BDD" w:rsidRDefault="00B11C98" w:rsidP="00C028BE">
            <w:pPr>
              <w:spacing w:after="0"/>
              <w:rPr>
                <w:rFonts w:cs="Times New Roman"/>
                <w:b/>
                <w:sz w:val="20"/>
                <w:szCs w:val="20"/>
              </w:rPr>
            </w:pPr>
            <w:r>
              <w:rPr>
                <w:rFonts w:cs="Times New Roman"/>
                <w:b/>
                <w:sz w:val="20"/>
                <w:szCs w:val="20"/>
              </w:rPr>
              <w:t>Margin</w:t>
            </w:r>
          </w:p>
        </w:tc>
        <w:tc>
          <w:tcPr>
            <w:tcW w:w="6912" w:type="dxa"/>
            <w:tcBorders>
              <w:top w:val="single" w:sz="2" w:space="0" w:color="auto"/>
              <w:left w:val="single" w:sz="2" w:space="0" w:color="auto"/>
              <w:bottom w:val="single" w:sz="2" w:space="0" w:color="auto"/>
              <w:right w:val="single" w:sz="2" w:space="0" w:color="auto"/>
            </w:tcBorders>
            <w:vAlign w:val="center"/>
          </w:tcPr>
          <w:p w14:paraId="4A1BCBC9" w14:textId="77777777" w:rsidR="00B11C98" w:rsidRDefault="00B11C98" w:rsidP="00C028BE">
            <w:pPr>
              <w:spacing w:after="0"/>
              <w:rPr>
                <w:rFonts w:cs="Times New Roman"/>
                <w:sz w:val="20"/>
                <w:szCs w:val="20"/>
              </w:rPr>
            </w:pPr>
            <w:r>
              <w:rPr>
                <w:rFonts w:cs="Times New Roman"/>
                <w:sz w:val="20"/>
                <w:szCs w:val="20"/>
              </w:rPr>
              <w:t>M</w:t>
            </w:r>
            <w:r w:rsidRPr="007B5BDD">
              <w:rPr>
                <w:rFonts w:cs="Times New Roman"/>
                <w:sz w:val="20"/>
                <w:szCs w:val="20"/>
              </w:rPr>
              <w:t xml:space="preserve">argin </w:t>
            </w:r>
            <w:r>
              <w:rPr>
                <w:rFonts w:cs="Times New Roman"/>
                <w:sz w:val="20"/>
                <w:szCs w:val="20"/>
              </w:rPr>
              <w:t xml:space="preserve">top/atas 2,2 cm, margin bottom/bawah 2,3 cm </w:t>
            </w:r>
          </w:p>
          <w:p w14:paraId="2765B4DD" w14:textId="77777777" w:rsidR="00B11C98" w:rsidRPr="007B5BDD" w:rsidRDefault="00B11C98" w:rsidP="00C028BE">
            <w:pPr>
              <w:spacing w:after="0"/>
              <w:rPr>
                <w:rFonts w:cs="Times New Roman"/>
                <w:sz w:val="20"/>
                <w:szCs w:val="20"/>
              </w:rPr>
            </w:pPr>
            <w:r>
              <w:rPr>
                <w:rFonts w:cs="Times New Roman"/>
                <w:sz w:val="20"/>
                <w:szCs w:val="20"/>
              </w:rPr>
              <w:t>M</w:t>
            </w:r>
            <w:r w:rsidRPr="007B5BDD">
              <w:rPr>
                <w:rFonts w:cs="Times New Roman"/>
                <w:sz w:val="20"/>
                <w:szCs w:val="20"/>
              </w:rPr>
              <w:t xml:space="preserve">argin </w:t>
            </w:r>
            <w:r>
              <w:rPr>
                <w:rFonts w:cs="Times New Roman"/>
                <w:sz w:val="20"/>
                <w:szCs w:val="20"/>
              </w:rPr>
              <w:t>left/kiri 2,5 cm margin right/kanan 2,5 cm</w:t>
            </w:r>
            <w:r w:rsidRPr="007B5BDD">
              <w:rPr>
                <w:rFonts w:cs="Times New Roman"/>
                <w:sz w:val="20"/>
                <w:szCs w:val="20"/>
              </w:rPr>
              <w:t xml:space="preserve"> </w:t>
            </w:r>
          </w:p>
        </w:tc>
      </w:tr>
      <w:tr w:rsidR="00B11C98" w14:paraId="37B7468C" w14:textId="77777777" w:rsidTr="00E576CA">
        <w:trPr>
          <w:jc w:val="center"/>
        </w:trPr>
        <w:tc>
          <w:tcPr>
            <w:tcW w:w="2376" w:type="dxa"/>
            <w:gridSpan w:val="2"/>
            <w:tcBorders>
              <w:top w:val="single" w:sz="2" w:space="0" w:color="auto"/>
              <w:left w:val="single" w:sz="2" w:space="0" w:color="auto"/>
              <w:bottom w:val="single" w:sz="2" w:space="0" w:color="auto"/>
              <w:right w:val="single" w:sz="2" w:space="0" w:color="auto"/>
            </w:tcBorders>
            <w:shd w:val="clear" w:color="auto" w:fill="DAEEF3" w:themeFill="accent5" w:themeFillTint="33"/>
            <w:vAlign w:val="center"/>
          </w:tcPr>
          <w:p w14:paraId="1B92C8FC" w14:textId="77777777" w:rsidR="00B11C98" w:rsidRPr="007B5BDD" w:rsidRDefault="00B11C98" w:rsidP="00C028BE">
            <w:pPr>
              <w:spacing w:after="0"/>
              <w:rPr>
                <w:rFonts w:cs="Times New Roman"/>
                <w:b/>
                <w:sz w:val="20"/>
                <w:szCs w:val="20"/>
              </w:rPr>
            </w:pPr>
            <w:r w:rsidRPr="007B5BDD">
              <w:rPr>
                <w:rFonts w:cs="Times New Roman"/>
                <w:b/>
                <w:sz w:val="20"/>
                <w:szCs w:val="20"/>
              </w:rPr>
              <w:t>Jenis Huruf</w:t>
            </w:r>
          </w:p>
        </w:tc>
        <w:tc>
          <w:tcPr>
            <w:tcW w:w="6912" w:type="dxa"/>
            <w:tcBorders>
              <w:top w:val="single" w:sz="2" w:space="0" w:color="auto"/>
              <w:left w:val="single" w:sz="2" w:space="0" w:color="auto"/>
              <w:bottom w:val="single" w:sz="2" w:space="0" w:color="auto"/>
              <w:right w:val="single" w:sz="2" w:space="0" w:color="auto"/>
            </w:tcBorders>
            <w:vAlign w:val="center"/>
          </w:tcPr>
          <w:p w14:paraId="69352AC9" w14:textId="77777777" w:rsidR="00B11C98" w:rsidRPr="007B5BDD" w:rsidRDefault="00B11C98" w:rsidP="00C028BE">
            <w:pPr>
              <w:spacing w:after="0"/>
              <w:rPr>
                <w:rFonts w:cs="Times New Roman"/>
                <w:sz w:val="20"/>
                <w:szCs w:val="20"/>
              </w:rPr>
            </w:pPr>
            <w:r w:rsidRPr="007B5BDD">
              <w:rPr>
                <w:rFonts w:cs="Times New Roman"/>
                <w:sz w:val="20"/>
                <w:szCs w:val="20"/>
              </w:rPr>
              <w:t>Semua tulisan</w:t>
            </w:r>
            <w:r>
              <w:rPr>
                <w:rFonts w:cs="Times New Roman"/>
                <w:sz w:val="20"/>
                <w:szCs w:val="20"/>
              </w:rPr>
              <w:t xml:space="preserve"> dalam</w:t>
            </w:r>
            <w:r w:rsidRPr="007B5BDD">
              <w:rPr>
                <w:rFonts w:cs="Times New Roman"/>
                <w:sz w:val="20"/>
                <w:szCs w:val="20"/>
              </w:rPr>
              <w:t xml:space="preserve"> artiker menggunakan font </w:t>
            </w:r>
            <w:r w:rsidRPr="005137A7">
              <w:rPr>
                <w:rFonts w:cs="Times New Roman"/>
                <w:b/>
                <w:bCs/>
                <w:sz w:val="20"/>
                <w:szCs w:val="20"/>
              </w:rPr>
              <w:t>Times</w:t>
            </w:r>
            <w:r w:rsidRPr="007B5BDD">
              <w:rPr>
                <w:rFonts w:cs="Times New Roman"/>
                <w:sz w:val="20"/>
                <w:szCs w:val="20"/>
              </w:rPr>
              <w:t xml:space="preserve"> </w:t>
            </w:r>
            <w:r w:rsidRPr="005137A7">
              <w:rPr>
                <w:rFonts w:cs="Times New Roman"/>
                <w:b/>
                <w:bCs/>
                <w:sz w:val="20"/>
                <w:szCs w:val="20"/>
              </w:rPr>
              <w:t>New</w:t>
            </w:r>
            <w:r w:rsidRPr="007B5BDD">
              <w:rPr>
                <w:rFonts w:cs="Times New Roman"/>
                <w:sz w:val="20"/>
                <w:szCs w:val="20"/>
              </w:rPr>
              <w:t xml:space="preserve"> </w:t>
            </w:r>
            <w:r w:rsidRPr="005137A7">
              <w:rPr>
                <w:rFonts w:cs="Times New Roman"/>
                <w:b/>
                <w:bCs/>
                <w:sz w:val="20"/>
                <w:szCs w:val="20"/>
              </w:rPr>
              <w:t>Roman</w:t>
            </w:r>
          </w:p>
        </w:tc>
      </w:tr>
      <w:tr w:rsidR="00B11C98" w14:paraId="68922187" w14:textId="77777777" w:rsidTr="00E576CA">
        <w:trPr>
          <w:jc w:val="center"/>
        </w:trPr>
        <w:tc>
          <w:tcPr>
            <w:tcW w:w="2376" w:type="dxa"/>
            <w:gridSpan w:val="2"/>
            <w:tcBorders>
              <w:top w:val="single" w:sz="2" w:space="0" w:color="auto"/>
              <w:left w:val="single" w:sz="2" w:space="0" w:color="auto"/>
              <w:bottom w:val="single" w:sz="2" w:space="0" w:color="auto"/>
              <w:right w:val="single" w:sz="2" w:space="0" w:color="auto"/>
            </w:tcBorders>
            <w:shd w:val="clear" w:color="auto" w:fill="DAEEF3" w:themeFill="accent5" w:themeFillTint="33"/>
            <w:vAlign w:val="center"/>
          </w:tcPr>
          <w:p w14:paraId="0D1A476C" w14:textId="77777777" w:rsidR="00B11C98" w:rsidRPr="007B5BDD" w:rsidRDefault="00B11C98" w:rsidP="00C028BE">
            <w:pPr>
              <w:spacing w:after="0"/>
              <w:rPr>
                <w:rFonts w:cs="Times New Roman"/>
                <w:b/>
                <w:sz w:val="20"/>
                <w:szCs w:val="20"/>
              </w:rPr>
            </w:pPr>
            <w:r w:rsidRPr="007B5BDD">
              <w:rPr>
                <w:rFonts w:cs="Times New Roman"/>
                <w:b/>
                <w:bCs/>
                <w:sz w:val="20"/>
                <w:szCs w:val="20"/>
              </w:rPr>
              <w:t>Isi Naskah</w:t>
            </w:r>
          </w:p>
        </w:tc>
        <w:tc>
          <w:tcPr>
            <w:tcW w:w="6912" w:type="dxa"/>
            <w:tcBorders>
              <w:top w:val="single" w:sz="2" w:space="0" w:color="auto"/>
              <w:left w:val="single" w:sz="2" w:space="0" w:color="auto"/>
              <w:bottom w:val="single" w:sz="2" w:space="0" w:color="auto"/>
              <w:right w:val="single" w:sz="2" w:space="0" w:color="auto"/>
            </w:tcBorders>
            <w:vAlign w:val="center"/>
          </w:tcPr>
          <w:p w14:paraId="4432B68D" w14:textId="77777777" w:rsidR="00B11C98" w:rsidRPr="007B5BDD" w:rsidRDefault="00B11C98" w:rsidP="00C028BE">
            <w:pPr>
              <w:spacing w:after="0"/>
              <w:rPr>
                <w:rFonts w:cs="Times New Roman"/>
                <w:sz w:val="20"/>
                <w:szCs w:val="20"/>
              </w:rPr>
            </w:pPr>
          </w:p>
        </w:tc>
      </w:tr>
      <w:tr w:rsidR="00B11C98" w14:paraId="5EAF4588" w14:textId="77777777" w:rsidTr="00E576CA">
        <w:trPr>
          <w:jc w:val="center"/>
        </w:trPr>
        <w:tc>
          <w:tcPr>
            <w:tcW w:w="392" w:type="dxa"/>
            <w:tcBorders>
              <w:top w:val="single" w:sz="2" w:space="0" w:color="auto"/>
              <w:left w:val="single" w:sz="2" w:space="0" w:color="auto"/>
              <w:bottom w:val="single" w:sz="2" w:space="0" w:color="auto"/>
              <w:right w:val="single" w:sz="2" w:space="0" w:color="auto"/>
            </w:tcBorders>
            <w:shd w:val="clear" w:color="auto" w:fill="DAEEF3" w:themeFill="accent5" w:themeFillTint="33"/>
            <w:vAlign w:val="center"/>
          </w:tcPr>
          <w:p w14:paraId="491D1DDF" w14:textId="77777777" w:rsidR="00B11C98" w:rsidRPr="007B5BDD" w:rsidRDefault="00B11C98" w:rsidP="00C028BE">
            <w:pPr>
              <w:spacing w:after="0"/>
              <w:rPr>
                <w:rFonts w:cs="Times New Roman"/>
                <w:sz w:val="20"/>
                <w:szCs w:val="20"/>
              </w:rPr>
            </w:pPr>
            <w:r w:rsidRPr="00EB7278">
              <w:rPr>
                <w:rFonts w:cs="Times New Roman"/>
                <w:b/>
                <w:bCs/>
                <w:sz w:val="20"/>
                <w:szCs w:val="20"/>
              </w:rPr>
              <w:t>1</w:t>
            </w:r>
            <w:r>
              <w:rPr>
                <w:rFonts w:cs="Times New Roman"/>
                <w:b/>
                <w:bCs/>
                <w:sz w:val="20"/>
                <w:szCs w:val="20"/>
              </w:rPr>
              <w:t>.</w:t>
            </w:r>
          </w:p>
        </w:tc>
        <w:tc>
          <w:tcPr>
            <w:tcW w:w="1984" w:type="dxa"/>
            <w:tcBorders>
              <w:top w:val="single" w:sz="2" w:space="0" w:color="auto"/>
              <w:left w:val="single" w:sz="2" w:space="0" w:color="auto"/>
              <w:bottom w:val="single" w:sz="2" w:space="0" w:color="auto"/>
              <w:right w:val="single" w:sz="2" w:space="0" w:color="auto"/>
            </w:tcBorders>
            <w:shd w:val="clear" w:color="auto" w:fill="DAEEF3" w:themeFill="accent5" w:themeFillTint="33"/>
            <w:vAlign w:val="center"/>
          </w:tcPr>
          <w:p w14:paraId="7D0FC814" w14:textId="77777777" w:rsidR="00B11C98" w:rsidRPr="007B5BDD" w:rsidRDefault="00B11C98" w:rsidP="00C028BE">
            <w:pPr>
              <w:spacing w:after="0"/>
              <w:ind w:left="-96"/>
              <w:rPr>
                <w:rFonts w:cs="Times New Roman"/>
                <w:sz w:val="20"/>
                <w:szCs w:val="20"/>
              </w:rPr>
            </w:pPr>
            <w:r w:rsidRPr="007B5BDD">
              <w:rPr>
                <w:rFonts w:cs="Times New Roman"/>
                <w:b/>
                <w:bCs/>
                <w:sz w:val="20"/>
                <w:szCs w:val="20"/>
              </w:rPr>
              <w:t>Judul Naskah</w:t>
            </w:r>
          </w:p>
        </w:tc>
        <w:tc>
          <w:tcPr>
            <w:tcW w:w="6912" w:type="dxa"/>
            <w:tcBorders>
              <w:top w:val="single" w:sz="2" w:space="0" w:color="auto"/>
              <w:left w:val="single" w:sz="2" w:space="0" w:color="auto"/>
              <w:bottom w:val="single" w:sz="2" w:space="0" w:color="auto"/>
              <w:right w:val="single" w:sz="2" w:space="0" w:color="auto"/>
            </w:tcBorders>
            <w:vAlign w:val="center"/>
          </w:tcPr>
          <w:p w14:paraId="617B9FD3" w14:textId="77777777" w:rsidR="00B11C98" w:rsidRPr="007B5BDD" w:rsidRDefault="00B11C98" w:rsidP="00C028BE">
            <w:pPr>
              <w:spacing w:after="0"/>
              <w:rPr>
                <w:rFonts w:cs="Times New Roman"/>
                <w:sz w:val="20"/>
                <w:szCs w:val="20"/>
              </w:rPr>
            </w:pPr>
            <w:r w:rsidRPr="007B5BDD">
              <w:rPr>
                <w:rFonts w:cs="Times New Roman"/>
                <w:sz w:val="20"/>
                <w:szCs w:val="20"/>
              </w:rPr>
              <w:t>Font Times New Roman 1</w:t>
            </w:r>
            <w:r>
              <w:rPr>
                <w:rFonts w:cs="Times New Roman"/>
                <w:sz w:val="20"/>
                <w:szCs w:val="20"/>
              </w:rPr>
              <w:t xml:space="preserve">4, </w:t>
            </w:r>
            <w:r w:rsidRPr="007B5BDD">
              <w:rPr>
                <w:rFonts w:cs="Times New Roman"/>
                <w:sz w:val="20"/>
                <w:szCs w:val="20"/>
              </w:rPr>
              <w:t>pt Spasi 1,0</w:t>
            </w:r>
            <w:r>
              <w:rPr>
                <w:rFonts w:cs="Times New Roman"/>
                <w:sz w:val="20"/>
                <w:szCs w:val="20"/>
              </w:rPr>
              <w:t xml:space="preserve"> (bold). Spasi 1.0</w:t>
            </w:r>
          </w:p>
        </w:tc>
      </w:tr>
      <w:tr w:rsidR="00B11C98" w14:paraId="65444E02" w14:textId="77777777" w:rsidTr="00E576CA">
        <w:trPr>
          <w:jc w:val="center"/>
        </w:trPr>
        <w:tc>
          <w:tcPr>
            <w:tcW w:w="392" w:type="dxa"/>
            <w:tcBorders>
              <w:top w:val="single" w:sz="2" w:space="0" w:color="auto"/>
              <w:left w:val="single" w:sz="2" w:space="0" w:color="auto"/>
              <w:bottom w:val="single" w:sz="2" w:space="0" w:color="auto"/>
              <w:right w:val="single" w:sz="2" w:space="0" w:color="auto"/>
            </w:tcBorders>
            <w:shd w:val="clear" w:color="auto" w:fill="DAEEF3" w:themeFill="accent5" w:themeFillTint="33"/>
            <w:vAlign w:val="center"/>
          </w:tcPr>
          <w:p w14:paraId="050B511F" w14:textId="77777777" w:rsidR="00B11C98" w:rsidRPr="00EB7278" w:rsidRDefault="00B11C98" w:rsidP="00C028BE">
            <w:pPr>
              <w:pStyle w:val="ListParagraph"/>
              <w:spacing w:after="0"/>
              <w:ind w:left="294" w:hanging="294"/>
              <w:jc w:val="center"/>
              <w:rPr>
                <w:rFonts w:cs="Times New Roman"/>
                <w:b/>
                <w:bCs/>
                <w:sz w:val="20"/>
                <w:szCs w:val="20"/>
              </w:rPr>
            </w:pPr>
            <w:r w:rsidRPr="00EB7278">
              <w:rPr>
                <w:rFonts w:cs="Times New Roman"/>
                <w:b/>
                <w:bCs/>
                <w:sz w:val="20"/>
                <w:szCs w:val="20"/>
              </w:rPr>
              <w:t>2</w:t>
            </w:r>
            <w:r>
              <w:rPr>
                <w:rFonts w:cs="Times New Roman"/>
                <w:b/>
                <w:bCs/>
                <w:sz w:val="20"/>
                <w:szCs w:val="20"/>
              </w:rPr>
              <w:t>.</w:t>
            </w:r>
          </w:p>
        </w:tc>
        <w:tc>
          <w:tcPr>
            <w:tcW w:w="1984" w:type="dxa"/>
            <w:tcBorders>
              <w:top w:val="single" w:sz="2" w:space="0" w:color="auto"/>
              <w:left w:val="single" w:sz="2" w:space="0" w:color="auto"/>
              <w:bottom w:val="single" w:sz="2" w:space="0" w:color="auto"/>
              <w:right w:val="single" w:sz="2" w:space="0" w:color="auto"/>
            </w:tcBorders>
            <w:shd w:val="clear" w:color="auto" w:fill="DAEEF3" w:themeFill="accent5" w:themeFillTint="33"/>
            <w:vAlign w:val="center"/>
          </w:tcPr>
          <w:p w14:paraId="1E33B628" w14:textId="77777777" w:rsidR="00B11C98" w:rsidRPr="007B5BDD" w:rsidRDefault="00B11C98" w:rsidP="00C028BE">
            <w:pPr>
              <w:pStyle w:val="ListParagraph"/>
              <w:spacing w:after="0"/>
              <w:ind w:left="-106"/>
              <w:jc w:val="left"/>
              <w:rPr>
                <w:rFonts w:cs="Times New Roman"/>
                <w:sz w:val="20"/>
                <w:szCs w:val="20"/>
              </w:rPr>
            </w:pPr>
            <w:r>
              <w:rPr>
                <w:rFonts w:cs="Times New Roman"/>
                <w:b/>
                <w:bCs/>
                <w:sz w:val="20"/>
                <w:szCs w:val="20"/>
              </w:rPr>
              <w:t>Penulis</w:t>
            </w:r>
          </w:p>
        </w:tc>
        <w:tc>
          <w:tcPr>
            <w:tcW w:w="6912" w:type="dxa"/>
            <w:tcBorders>
              <w:top w:val="single" w:sz="2" w:space="0" w:color="auto"/>
              <w:left w:val="single" w:sz="2" w:space="0" w:color="auto"/>
              <w:bottom w:val="single" w:sz="2" w:space="0" w:color="auto"/>
              <w:right w:val="single" w:sz="2" w:space="0" w:color="auto"/>
            </w:tcBorders>
            <w:vAlign w:val="center"/>
          </w:tcPr>
          <w:p w14:paraId="40DFD03B" w14:textId="77777777" w:rsidR="00B11C98" w:rsidRPr="007B5BDD" w:rsidRDefault="00B11C98" w:rsidP="00C028BE">
            <w:pPr>
              <w:spacing w:after="0"/>
              <w:rPr>
                <w:rFonts w:cs="Times New Roman"/>
                <w:sz w:val="20"/>
                <w:szCs w:val="20"/>
              </w:rPr>
            </w:pPr>
            <w:r>
              <w:rPr>
                <w:rFonts w:cs="Times New Roman"/>
                <w:sz w:val="20"/>
                <w:szCs w:val="20"/>
              </w:rPr>
              <w:t xml:space="preserve">Font 11 pt, nama tanpa gelar menggunakan. Spasi 1,0 menggunakan email </w:t>
            </w:r>
            <w:r w:rsidRPr="003A5F87">
              <w:rPr>
                <w:rFonts w:cs="Times New Roman"/>
                <w:sz w:val="20"/>
                <w:szCs w:val="20"/>
              </w:rPr>
              <w:t>correspondensi</w:t>
            </w:r>
            <w:r>
              <w:rPr>
                <w:rFonts w:cs="Times New Roman"/>
                <w:sz w:val="20"/>
                <w:szCs w:val="20"/>
              </w:rPr>
              <w:t>.</w:t>
            </w:r>
          </w:p>
        </w:tc>
      </w:tr>
      <w:tr w:rsidR="00E576CA" w14:paraId="05DFC794" w14:textId="77777777" w:rsidTr="00E576CA">
        <w:trPr>
          <w:jc w:val="center"/>
        </w:trPr>
        <w:tc>
          <w:tcPr>
            <w:tcW w:w="392" w:type="dxa"/>
            <w:tcBorders>
              <w:top w:val="single" w:sz="2" w:space="0" w:color="auto"/>
              <w:left w:val="single" w:sz="2" w:space="0" w:color="auto"/>
              <w:bottom w:val="single" w:sz="2" w:space="0" w:color="auto"/>
              <w:right w:val="single" w:sz="2" w:space="0" w:color="auto"/>
            </w:tcBorders>
            <w:shd w:val="clear" w:color="auto" w:fill="DAEEF3" w:themeFill="accent5" w:themeFillTint="33"/>
            <w:vAlign w:val="center"/>
          </w:tcPr>
          <w:p w14:paraId="0871961F" w14:textId="77777777" w:rsidR="00E576CA" w:rsidRPr="00EB7278" w:rsidRDefault="00E576CA" w:rsidP="00E576CA">
            <w:pPr>
              <w:pStyle w:val="ListParagraph"/>
              <w:spacing w:after="0"/>
              <w:ind w:left="294" w:hanging="294"/>
              <w:jc w:val="center"/>
              <w:rPr>
                <w:rFonts w:cs="Times New Roman"/>
                <w:b/>
                <w:bCs/>
                <w:sz w:val="20"/>
                <w:szCs w:val="20"/>
              </w:rPr>
            </w:pPr>
            <w:r w:rsidRPr="00EB7278">
              <w:rPr>
                <w:rFonts w:cs="Times New Roman"/>
                <w:b/>
                <w:bCs/>
                <w:sz w:val="20"/>
                <w:szCs w:val="20"/>
              </w:rPr>
              <w:t>3</w:t>
            </w:r>
            <w:r>
              <w:rPr>
                <w:rFonts w:cs="Times New Roman"/>
                <w:b/>
                <w:bCs/>
                <w:sz w:val="20"/>
                <w:szCs w:val="20"/>
              </w:rPr>
              <w:t>.</w:t>
            </w:r>
          </w:p>
        </w:tc>
        <w:tc>
          <w:tcPr>
            <w:tcW w:w="1984" w:type="dxa"/>
            <w:tcBorders>
              <w:top w:val="single" w:sz="2" w:space="0" w:color="auto"/>
              <w:left w:val="single" w:sz="2" w:space="0" w:color="auto"/>
              <w:bottom w:val="single" w:sz="2" w:space="0" w:color="auto"/>
              <w:right w:val="single" w:sz="2" w:space="0" w:color="auto"/>
            </w:tcBorders>
            <w:shd w:val="clear" w:color="auto" w:fill="DAEEF3" w:themeFill="accent5" w:themeFillTint="33"/>
            <w:vAlign w:val="center"/>
          </w:tcPr>
          <w:p w14:paraId="0898CC40" w14:textId="77777777" w:rsidR="00E576CA" w:rsidRPr="007B5BDD" w:rsidRDefault="00E576CA" w:rsidP="00E576CA">
            <w:pPr>
              <w:pStyle w:val="ListParagraph"/>
              <w:spacing w:after="0"/>
              <w:ind w:left="-106"/>
              <w:jc w:val="left"/>
              <w:rPr>
                <w:rFonts w:cs="Times New Roman"/>
                <w:b/>
                <w:bCs/>
                <w:sz w:val="20"/>
                <w:szCs w:val="20"/>
              </w:rPr>
            </w:pPr>
            <w:r w:rsidRPr="007B5BDD">
              <w:rPr>
                <w:rFonts w:cs="Times New Roman"/>
                <w:b/>
                <w:sz w:val="20"/>
                <w:szCs w:val="20"/>
              </w:rPr>
              <w:t xml:space="preserve">Abstrak </w:t>
            </w:r>
          </w:p>
        </w:tc>
        <w:tc>
          <w:tcPr>
            <w:tcW w:w="6912" w:type="dxa"/>
            <w:tcBorders>
              <w:top w:val="single" w:sz="2" w:space="0" w:color="auto"/>
              <w:left w:val="single" w:sz="2" w:space="0" w:color="auto"/>
              <w:bottom w:val="single" w:sz="2" w:space="0" w:color="auto"/>
              <w:right w:val="single" w:sz="2" w:space="0" w:color="auto"/>
            </w:tcBorders>
            <w:vAlign w:val="center"/>
          </w:tcPr>
          <w:p w14:paraId="68E0746F" w14:textId="0339EFF7" w:rsidR="00E576CA" w:rsidRPr="007B5BDD" w:rsidRDefault="00E576CA" w:rsidP="00E576CA">
            <w:pPr>
              <w:spacing w:after="0"/>
              <w:rPr>
                <w:rFonts w:cs="Times New Roman"/>
                <w:sz w:val="20"/>
                <w:szCs w:val="20"/>
              </w:rPr>
            </w:pPr>
            <w:r>
              <w:rPr>
                <w:rFonts w:cs="Times New Roman"/>
                <w:sz w:val="20"/>
                <w:szCs w:val="20"/>
              </w:rPr>
              <w:t xml:space="preserve">Menggunakan Bahasa Indonesia, </w:t>
            </w:r>
            <w:r w:rsidRPr="007B5BDD">
              <w:rPr>
                <w:rFonts w:cs="Times New Roman"/>
                <w:sz w:val="20"/>
                <w:szCs w:val="20"/>
              </w:rPr>
              <w:t xml:space="preserve">Font </w:t>
            </w:r>
            <w:r>
              <w:rPr>
                <w:rFonts w:cs="Times New Roman"/>
                <w:sz w:val="20"/>
                <w:szCs w:val="20"/>
              </w:rPr>
              <w:t>10</w:t>
            </w:r>
            <w:r w:rsidRPr="007B5BDD">
              <w:rPr>
                <w:rFonts w:cs="Times New Roman"/>
                <w:sz w:val="20"/>
                <w:szCs w:val="20"/>
              </w:rPr>
              <w:t>,</w:t>
            </w:r>
            <w:r>
              <w:rPr>
                <w:rFonts w:cs="Times New Roman"/>
                <w:sz w:val="20"/>
                <w:szCs w:val="20"/>
              </w:rPr>
              <w:t xml:space="preserve"> pt, Tegak</w:t>
            </w:r>
            <w:r w:rsidRPr="007B5BDD">
              <w:rPr>
                <w:rFonts w:cs="Times New Roman"/>
                <w:sz w:val="20"/>
                <w:szCs w:val="20"/>
              </w:rPr>
              <w:t xml:space="preserve"> spasi 1,0</w:t>
            </w:r>
            <w:r>
              <w:rPr>
                <w:rFonts w:cs="Times New Roman"/>
                <w:sz w:val="20"/>
                <w:szCs w:val="20"/>
              </w:rPr>
              <w:t xml:space="preserve"> </w:t>
            </w:r>
            <w:r w:rsidRPr="003A5F87">
              <w:rPr>
                <w:rFonts w:cs="Times New Roman"/>
                <w:i/>
                <w:iCs/>
                <w:sz w:val="20"/>
                <w:szCs w:val="20"/>
              </w:rPr>
              <w:t xml:space="preserve"> </w:t>
            </w:r>
            <w:r w:rsidRPr="003A5F87">
              <w:rPr>
                <w:rFonts w:cs="Times New Roman"/>
                <w:sz w:val="20"/>
                <w:szCs w:val="20"/>
              </w:rPr>
              <w:t>[satu pragraf]</w:t>
            </w:r>
            <w:r>
              <w:rPr>
                <w:rFonts w:cs="Times New Roman"/>
                <w:i/>
                <w:iCs/>
                <w:sz w:val="20"/>
                <w:szCs w:val="20"/>
              </w:rPr>
              <w:t xml:space="preserve"> </w:t>
            </w:r>
          </w:p>
        </w:tc>
      </w:tr>
      <w:tr w:rsidR="00E576CA" w14:paraId="0E145B07" w14:textId="77777777" w:rsidTr="00E576CA">
        <w:trPr>
          <w:jc w:val="center"/>
        </w:trPr>
        <w:tc>
          <w:tcPr>
            <w:tcW w:w="392" w:type="dxa"/>
            <w:tcBorders>
              <w:top w:val="single" w:sz="2" w:space="0" w:color="auto"/>
              <w:left w:val="single" w:sz="2" w:space="0" w:color="auto"/>
              <w:bottom w:val="single" w:sz="2" w:space="0" w:color="auto"/>
              <w:right w:val="single" w:sz="2" w:space="0" w:color="auto"/>
            </w:tcBorders>
            <w:shd w:val="clear" w:color="auto" w:fill="DAEEF3" w:themeFill="accent5" w:themeFillTint="33"/>
            <w:vAlign w:val="center"/>
          </w:tcPr>
          <w:p w14:paraId="74F838E7" w14:textId="77777777" w:rsidR="00E576CA" w:rsidRPr="00EB7278" w:rsidRDefault="00E576CA" w:rsidP="00E576CA">
            <w:pPr>
              <w:pStyle w:val="ListParagraph"/>
              <w:spacing w:after="0"/>
              <w:ind w:left="294" w:hanging="294"/>
              <w:jc w:val="center"/>
              <w:rPr>
                <w:rFonts w:cs="Times New Roman"/>
                <w:b/>
                <w:bCs/>
                <w:sz w:val="20"/>
                <w:szCs w:val="20"/>
              </w:rPr>
            </w:pPr>
            <w:r w:rsidRPr="00EB7278">
              <w:rPr>
                <w:rFonts w:cs="Times New Roman"/>
                <w:b/>
                <w:bCs/>
                <w:sz w:val="20"/>
                <w:szCs w:val="20"/>
              </w:rPr>
              <w:t>4</w:t>
            </w:r>
            <w:r>
              <w:rPr>
                <w:rFonts w:cs="Times New Roman"/>
                <w:b/>
                <w:bCs/>
                <w:sz w:val="20"/>
                <w:szCs w:val="20"/>
              </w:rPr>
              <w:t>.</w:t>
            </w:r>
          </w:p>
        </w:tc>
        <w:tc>
          <w:tcPr>
            <w:tcW w:w="1984" w:type="dxa"/>
            <w:tcBorders>
              <w:top w:val="single" w:sz="2" w:space="0" w:color="auto"/>
              <w:left w:val="single" w:sz="2" w:space="0" w:color="auto"/>
              <w:bottom w:val="single" w:sz="2" w:space="0" w:color="auto"/>
              <w:right w:val="single" w:sz="2" w:space="0" w:color="auto"/>
            </w:tcBorders>
            <w:shd w:val="clear" w:color="auto" w:fill="DAEEF3" w:themeFill="accent5" w:themeFillTint="33"/>
            <w:vAlign w:val="center"/>
          </w:tcPr>
          <w:p w14:paraId="71ABE256" w14:textId="77777777" w:rsidR="00E576CA" w:rsidRPr="007B5BDD" w:rsidRDefault="00E576CA" w:rsidP="00E576CA">
            <w:pPr>
              <w:pStyle w:val="ListParagraph"/>
              <w:spacing w:after="0"/>
              <w:ind w:left="-106"/>
              <w:jc w:val="left"/>
              <w:rPr>
                <w:rFonts w:cs="Times New Roman"/>
                <w:sz w:val="20"/>
                <w:szCs w:val="20"/>
              </w:rPr>
            </w:pPr>
            <w:r w:rsidRPr="003A5F87">
              <w:rPr>
                <w:rFonts w:cs="Times New Roman"/>
                <w:b/>
                <w:i/>
                <w:iCs/>
                <w:sz w:val="20"/>
                <w:szCs w:val="20"/>
              </w:rPr>
              <w:t>Abstack</w:t>
            </w:r>
          </w:p>
        </w:tc>
        <w:tc>
          <w:tcPr>
            <w:tcW w:w="6912" w:type="dxa"/>
            <w:tcBorders>
              <w:top w:val="single" w:sz="2" w:space="0" w:color="auto"/>
              <w:left w:val="single" w:sz="2" w:space="0" w:color="auto"/>
              <w:bottom w:val="single" w:sz="2" w:space="0" w:color="auto"/>
              <w:right w:val="single" w:sz="2" w:space="0" w:color="auto"/>
            </w:tcBorders>
            <w:vAlign w:val="center"/>
          </w:tcPr>
          <w:p w14:paraId="6A16F726" w14:textId="7A3E3BF2" w:rsidR="00E576CA" w:rsidRPr="003A5F87" w:rsidRDefault="00E576CA" w:rsidP="00E576CA">
            <w:pPr>
              <w:spacing w:after="0"/>
              <w:rPr>
                <w:rFonts w:cs="Times New Roman"/>
                <w:i/>
                <w:iCs/>
                <w:sz w:val="20"/>
                <w:szCs w:val="20"/>
              </w:rPr>
            </w:pPr>
            <w:r w:rsidRPr="003A5F87">
              <w:rPr>
                <w:rFonts w:cs="Times New Roman"/>
                <w:i/>
                <w:iCs/>
                <w:sz w:val="20"/>
                <w:szCs w:val="20"/>
              </w:rPr>
              <w:t>Menggunakan Bahasa Inggris Font 1</w:t>
            </w:r>
            <w:r>
              <w:rPr>
                <w:rFonts w:cs="Times New Roman"/>
                <w:i/>
                <w:iCs/>
                <w:sz w:val="20"/>
                <w:szCs w:val="20"/>
              </w:rPr>
              <w:t>0</w:t>
            </w:r>
            <w:r w:rsidRPr="003A5F87">
              <w:rPr>
                <w:rFonts w:cs="Times New Roman"/>
                <w:i/>
                <w:iCs/>
                <w:sz w:val="20"/>
                <w:szCs w:val="20"/>
              </w:rPr>
              <w:t xml:space="preserve">, pt </w:t>
            </w:r>
            <w:r>
              <w:rPr>
                <w:rFonts w:cs="Times New Roman"/>
                <w:i/>
                <w:iCs/>
                <w:sz w:val="20"/>
                <w:szCs w:val="20"/>
              </w:rPr>
              <w:t>m</w:t>
            </w:r>
            <w:r w:rsidRPr="003A5F87">
              <w:rPr>
                <w:rFonts w:cs="Times New Roman"/>
                <w:i/>
                <w:iCs/>
                <w:sz w:val="20"/>
                <w:szCs w:val="20"/>
              </w:rPr>
              <w:t>iring</w:t>
            </w:r>
            <w:r>
              <w:rPr>
                <w:rFonts w:cs="Times New Roman"/>
                <w:i/>
                <w:iCs/>
                <w:sz w:val="20"/>
                <w:szCs w:val="20"/>
              </w:rPr>
              <w:t xml:space="preserve"> </w:t>
            </w:r>
            <w:r w:rsidRPr="003A5F87">
              <w:rPr>
                <w:rFonts w:cs="Times New Roman"/>
                <w:i/>
                <w:iCs/>
                <w:sz w:val="20"/>
                <w:szCs w:val="20"/>
              </w:rPr>
              <w:t>spasi 1,0</w:t>
            </w:r>
            <w:r>
              <w:rPr>
                <w:rFonts w:cs="Times New Roman"/>
                <w:i/>
                <w:iCs/>
                <w:sz w:val="20"/>
                <w:szCs w:val="20"/>
              </w:rPr>
              <w:t xml:space="preserve"> </w:t>
            </w:r>
            <w:r w:rsidRPr="003A5F87">
              <w:rPr>
                <w:rFonts w:cs="Times New Roman"/>
                <w:i/>
                <w:iCs/>
                <w:sz w:val="20"/>
                <w:szCs w:val="20"/>
              </w:rPr>
              <w:t xml:space="preserve"> </w:t>
            </w:r>
            <w:r>
              <w:rPr>
                <w:rFonts w:cs="Times New Roman"/>
                <w:i/>
                <w:iCs/>
                <w:sz w:val="20"/>
                <w:szCs w:val="20"/>
              </w:rPr>
              <w:t xml:space="preserve">[satu pragraf] </w:t>
            </w:r>
            <w:r w:rsidRPr="003A5F87">
              <w:rPr>
                <w:rFonts w:cs="Times New Roman"/>
                <w:i/>
                <w:iCs/>
                <w:sz w:val="20"/>
                <w:szCs w:val="20"/>
              </w:rPr>
              <w:t xml:space="preserve"> </w:t>
            </w:r>
          </w:p>
        </w:tc>
      </w:tr>
      <w:tr w:rsidR="00B11C98" w14:paraId="715332C5" w14:textId="77777777" w:rsidTr="00E576CA">
        <w:trPr>
          <w:jc w:val="center"/>
        </w:trPr>
        <w:tc>
          <w:tcPr>
            <w:tcW w:w="392" w:type="dxa"/>
            <w:tcBorders>
              <w:top w:val="single" w:sz="2" w:space="0" w:color="auto"/>
              <w:left w:val="single" w:sz="2" w:space="0" w:color="auto"/>
              <w:bottom w:val="single" w:sz="2" w:space="0" w:color="auto"/>
              <w:right w:val="single" w:sz="2" w:space="0" w:color="auto"/>
            </w:tcBorders>
            <w:shd w:val="clear" w:color="auto" w:fill="DAEEF3" w:themeFill="accent5" w:themeFillTint="33"/>
            <w:vAlign w:val="center"/>
          </w:tcPr>
          <w:p w14:paraId="3DF4D670" w14:textId="77777777" w:rsidR="00B11C98" w:rsidRPr="00EB7278" w:rsidRDefault="00B11C98" w:rsidP="00C028BE">
            <w:pPr>
              <w:pStyle w:val="ListParagraph"/>
              <w:spacing w:after="0"/>
              <w:ind w:left="294" w:hanging="294"/>
              <w:jc w:val="center"/>
              <w:rPr>
                <w:rFonts w:cs="Times New Roman"/>
                <w:b/>
                <w:bCs/>
                <w:sz w:val="20"/>
                <w:szCs w:val="20"/>
              </w:rPr>
            </w:pPr>
            <w:r w:rsidRPr="00EB7278">
              <w:rPr>
                <w:rFonts w:cs="Times New Roman"/>
                <w:b/>
                <w:bCs/>
                <w:sz w:val="20"/>
                <w:szCs w:val="20"/>
              </w:rPr>
              <w:t>5</w:t>
            </w:r>
            <w:r>
              <w:rPr>
                <w:rFonts w:cs="Times New Roman"/>
                <w:b/>
                <w:bCs/>
                <w:sz w:val="20"/>
                <w:szCs w:val="20"/>
              </w:rPr>
              <w:t>.</w:t>
            </w:r>
          </w:p>
        </w:tc>
        <w:tc>
          <w:tcPr>
            <w:tcW w:w="1984" w:type="dxa"/>
            <w:tcBorders>
              <w:top w:val="single" w:sz="2" w:space="0" w:color="auto"/>
              <w:left w:val="single" w:sz="2" w:space="0" w:color="auto"/>
              <w:bottom w:val="single" w:sz="2" w:space="0" w:color="auto"/>
              <w:right w:val="single" w:sz="2" w:space="0" w:color="auto"/>
            </w:tcBorders>
            <w:shd w:val="clear" w:color="auto" w:fill="DAEEF3" w:themeFill="accent5" w:themeFillTint="33"/>
            <w:vAlign w:val="center"/>
          </w:tcPr>
          <w:p w14:paraId="74D357AF" w14:textId="77777777" w:rsidR="00B11C98" w:rsidRPr="007B5BDD" w:rsidRDefault="00B11C98" w:rsidP="00C028BE">
            <w:pPr>
              <w:pStyle w:val="ListParagraph"/>
              <w:spacing w:after="0"/>
              <w:ind w:left="-106"/>
              <w:jc w:val="left"/>
              <w:rPr>
                <w:rFonts w:cs="Times New Roman"/>
                <w:b/>
                <w:sz w:val="20"/>
                <w:szCs w:val="20"/>
              </w:rPr>
            </w:pPr>
            <w:r w:rsidRPr="007B5BDD">
              <w:rPr>
                <w:rFonts w:cs="Times New Roman"/>
                <w:b/>
                <w:bCs/>
                <w:sz w:val="20"/>
                <w:szCs w:val="20"/>
              </w:rPr>
              <w:t>Pendahuluan</w:t>
            </w:r>
          </w:p>
        </w:tc>
        <w:tc>
          <w:tcPr>
            <w:tcW w:w="6912" w:type="dxa"/>
            <w:tcBorders>
              <w:top w:val="single" w:sz="2" w:space="0" w:color="auto"/>
              <w:left w:val="single" w:sz="2" w:space="0" w:color="auto"/>
              <w:bottom w:val="single" w:sz="2" w:space="0" w:color="auto"/>
              <w:right w:val="single" w:sz="2" w:space="0" w:color="auto"/>
            </w:tcBorders>
            <w:vAlign w:val="center"/>
          </w:tcPr>
          <w:p w14:paraId="6AD7BBF9" w14:textId="77777777" w:rsidR="00B11C98" w:rsidRPr="007B5BDD" w:rsidRDefault="00B11C98" w:rsidP="00C028BE">
            <w:pPr>
              <w:spacing w:after="0"/>
              <w:rPr>
                <w:rFonts w:cs="Times New Roman"/>
                <w:sz w:val="20"/>
                <w:szCs w:val="20"/>
              </w:rPr>
            </w:pPr>
            <w:r w:rsidRPr="007B5BDD">
              <w:rPr>
                <w:rFonts w:cs="Times New Roman"/>
                <w:sz w:val="20"/>
                <w:szCs w:val="20"/>
              </w:rPr>
              <w:t>Font Times New Roman 1</w:t>
            </w:r>
            <w:r>
              <w:rPr>
                <w:rFonts w:cs="Times New Roman"/>
                <w:sz w:val="20"/>
                <w:szCs w:val="20"/>
              </w:rPr>
              <w:t>2</w:t>
            </w:r>
            <w:r w:rsidRPr="007B5BDD">
              <w:rPr>
                <w:rFonts w:cs="Times New Roman"/>
                <w:sz w:val="20"/>
                <w:szCs w:val="20"/>
              </w:rPr>
              <w:t xml:space="preserve">, </w:t>
            </w:r>
            <w:r>
              <w:rPr>
                <w:rFonts w:cs="Times New Roman"/>
                <w:sz w:val="20"/>
                <w:szCs w:val="20"/>
              </w:rPr>
              <w:t xml:space="preserve">pt </w:t>
            </w:r>
            <w:r w:rsidRPr="007B5BDD">
              <w:rPr>
                <w:rFonts w:cs="Times New Roman"/>
                <w:sz w:val="20"/>
                <w:szCs w:val="20"/>
              </w:rPr>
              <w:t>spasi 1,</w:t>
            </w:r>
            <w:r>
              <w:rPr>
                <w:rFonts w:cs="Times New Roman"/>
                <w:sz w:val="20"/>
                <w:szCs w:val="20"/>
              </w:rPr>
              <w:t>5</w:t>
            </w:r>
            <w:r w:rsidRPr="007B5BDD">
              <w:rPr>
                <w:rFonts w:cs="Times New Roman"/>
                <w:sz w:val="20"/>
                <w:szCs w:val="20"/>
              </w:rPr>
              <w:t xml:space="preserve"> </w:t>
            </w:r>
          </w:p>
        </w:tc>
      </w:tr>
      <w:tr w:rsidR="00B11C98" w14:paraId="430A4D72" w14:textId="77777777" w:rsidTr="00E576CA">
        <w:trPr>
          <w:jc w:val="center"/>
        </w:trPr>
        <w:tc>
          <w:tcPr>
            <w:tcW w:w="392" w:type="dxa"/>
            <w:tcBorders>
              <w:top w:val="single" w:sz="2" w:space="0" w:color="auto"/>
              <w:left w:val="single" w:sz="2" w:space="0" w:color="auto"/>
              <w:bottom w:val="single" w:sz="2" w:space="0" w:color="auto"/>
              <w:right w:val="single" w:sz="2" w:space="0" w:color="auto"/>
            </w:tcBorders>
            <w:shd w:val="clear" w:color="auto" w:fill="DAEEF3" w:themeFill="accent5" w:themeFillTint="33"/>
            <w:vAlign w:val="center"/>
          </w:tcPr>
          <w:p w14:paraId="1FCF9E63" w14:textId="77777777" w:rsidR="00B11C98" w:rsidRPr="00EB7278" w:rsidRDefault="00B11C98" w:rsidP="00C028BE">
            <w:pPr>
              <w:pStyle w:val="ListParagraph"/>
              <w:spacing w:after="0"/>
              <w:ind w:left="308" w:hanging="294"/>
              <w:jc w:val="center"/>
              <w:rPr>
                <w:rFonts w:cs="Times New Roman"/>
                <w:b/>
                <w:bCs/>
                <w:sz w:val="20"/>
                <w:szCs w:val="20"/>
              </w:rPr>
            </w:pPr>
            <w:r w:rsidRPr="00EB7278">
              <w:rPr>
                <w:rFonts w:cs="Times New Roman"/>
                <w:b/>
                <w:bCs/>
                <w:sz w:val="20"/>
                <w:szCs w:val="20"/>
              </w:rPr>
              <w:t>6</w:t>
            </w:r>
            <w:r>
              <w:rPr>
                <w:rFonts w:cs="Times New Roman"/>
                <w:b/>
                <w:bCs/>
                <w:sz w:val="20"/>
                <w:szCs w:val="20"/>
              </w:rPr>
              <w:t>.</w:t>
            </w:r>
          </w:p>
        </w:tc>
        <w:tc>
          <w:tcPr>
            <w:tcW w:w="1984" w:type="dxa"/>
            <w:tcBorders>
              <w:top w:val="single" w:sz="2" w:space="0" w:color="auto"/>
              <w:left w:val="single" w:sz="2" w:space="0" w:color="auto"/>
              <w:bottom w:val="single" w:sz="2" w:space="0" w:color="auto"/>
              <w:right w:val="single" w:sz="2" w:space="0" w:color="auto"/>
            </w:tcBorders>
            <w:shd w:val="clear" w:color="auto" w:fill="DAEEF3" w:themeFill="accent5" w:themeFillTint="33"/>
            <w:vAlign w:val="center"/>
          </w:tcPr>
          <w:p w14:paraId="7AFC0850" w14:textId="77777777" w:rsidR="00B11C98" w:rsidRPr="00EB7278" w:rsidRDefault="00B11C98" w:rsidP="00C028BE">
            <w:pPr>
              <w:spacing w:after="0"/>
              <w:ind w:left="-106"/>
              <w:jc w:val="left"/>
              <w:rPr>
                <w:rFonts w:cs="Times New Roman"/>
                <w:b/>
                <w:bCs/>
                <w:sz w:val="20"/>
                <w:szCs w:val="20"/>
              </w:rPr>
            </w:pPr>
            <w:r w:rsidRPr="007B5BDD">
              <w:rPr>
                <w:rFonts w:cs="Times New Roman"/>
                <w:b/>
                <w:bCs/>
                <w:sz w:val="20"/>
                <w:szCs w:val="20"/>
              </w:rPr>
              <w:t>Metode Penelitian</w:t>
            </w:r>
          </w:p>
        </w:tc>
        <w:tc>
          <w:tcPr>
            <w:tcW w:w="6912" w:type="dxa"/>
            <w:tcBorders>
              <w:top w:val="single" w:sz="2" w:space="0" w:color="auto"/>
              <w:left w:val="single" w:sz="2" w:space="0" w:color="auto"/>
              <w:bottom w:val="single" w:sz="2" w:space="0" w:color="auto"/>
              <w:right w:val="single" w:sz="2" w:space="0" w:color="auto"/>
            </w:tcBorders>
            <w:vAlign w:val="center"/>
          </w:tcPr>
          <w:p w14:paraId="31D7E8CA" w14:textId="77777777" w:rsidR="00B11C98" w:rsidRPr="007B5BDD" w:rsidRDefault="00B11C98" w:rsidP="00C028BE">
            <w:pPr>
              <w:spacing w:after="0"/>
              <w:rPr>
                <w:rFonts w:cs="Times New Roman"/>
                <w:sz w:val="20"/>
                <w:szCs w:val="20"/>
              </w:rPr>
            </w:pPr>
            <w:r w:rsidRPr="007B5BDD">
              <w:rPr>
                <w:rFonts w:cs="Times New Roman"/>
                <w:sz w:val="20"/>
                <w:szCs w:val="20"/>
              </w:rPr>
              <w:t xml:space="preserve">Font Times New Roman 12, </w:t>
            </w:r>
            <w:r>
              <w:rPr>
                <w:rFonts w:cs="Times New Roman"/>
                <w:sz w:val="20"/>
                <w:szCs w:val="20"/>
              </w:rPr>
              <w:t xml:space="preserve">pt </w:t>
            </w:r>
            <w:r w:rsidRPr="007B5BDD">
              <w:rPr>
                <w:rFonts w:cs="Times New Roman"/>
                <w:sz w:val="20"/>
                <w:szCs w:val="20"/>
              </w:rPr>
              <w:t>spasi 1,</w:t>
            </w:r>
            <w:r>
              <w:rPr>
                <w:rFonts w:cs="Times New Roman"/>
                <w:sz w:val="20"/>
                <w:szCs w:val="20"/>
              </w:rPr>
              <w:t>5</w:t>
            </w:r>
            <w:r w:rsidRPr="007B5BDD">
              <w:rPr>
                <w:rFonts w:cs="Times New Roman"/>
                <w:sz w:val="20"/>
                <w:szCs w:val="20"/>
              </w:rPr>
              <w:t xml:space="preserve"> </w:t>
            </w:r>
          </w:p>
        </w:tc>
      </w:tr>
      <w:tr w:rsidR="00B11C98" w14:paraId="7EDBFC2A" w14:textId="77777777" w:rsidTr="00E576CA">
        <w:trPr>
          <w:jc w:val="center"/>
        </w:trPr>
        <w:tc>
          <w:tcPr>
            <w:tcW w:w="392" w:type="dxa"/>
            <w:tcBorders>
              <w:top w:val="single" w:sz="2" w:space="0" w:color="auto"/>
              <w:left w:val="single" w:sz="2" w:space="0" w:color="auto"/>
              <w:bottom w:val="single" w:sz="2" w:space="0" w:color="auto"/>
              <w:right w:val="single" w:sz="2" w:space="0" w:color="auto"/>
            </w:tcBorders>
            <w:shd w:val="clear" w:color="auto" w:fill="DAEEF3" w:themeFill="accent5" w:themeFillTint="33"/>
            <w:vAlign w:val="center"/>
          </w:tcPr>
          <w:p w14:paraId="7D49F3DD" w14:textId="77777777" w:rsidR="00B11C98" w:rsidRPr="00EB7278" w:rsidRDefault="00B11C98" w:rsidP="00C028BE">
            <w:pPr>
              <w:pStyle w:val="ListParagraph"/>
              <w:spacing w:after="0"/>
              <w:ind w:left="284" w:hanging="294"/>
              <w:jc w:val="center"/>
              <w:rPr>
                <w:rFonts w:cs="Times New Roman"/>
                <w:b/>
                <w:bCs/>
                <w:sz w:val="20"/>
                <w:szCs w:val="20"/>
              </w:rPr>
            </w:pPr>
            <w:r w:rsidRPr="00EB7278">
              <w:rPr>
                <w:rFonts w:cs="Times New Roman"/>
                <w:b/>
                <w:bCs/>
                <w:sz w:val="20"/>
                <w:szCs w:val="20"/>
              </w:rPr>
              <w:t>7</w:t>
            </w:r>
            <w:r>
              <w:rPr>
                <w:rFonts w:cs="Times New Roman"/>
                <w:b/>
                <w:bCs/>
                <w:sz w:val="20"/>
                <w:szCs w:val="20"/>
              </w:rPr>
              <w:t>.</w:t>
            </w:r>
          </w:p>
        </w:tc>
        <w:tc>
          <w:tcPr>
            <w:tcW w:w="1984" w:type="dxa"/>
            <w:tcBorders>
              <w:top w:val="single" w:sz="2" w:space="0" w:color="auto"/>
              <w:left w:val="single" w:sz="2" w:space="0" w:color="auto"/>
              <w:bottom w:val="single" w:sz="2" w:space="0" w:color="auto"/>
              <w:right w:val="single" w:sz="2" w:space="0" w:color="auto"/>
            </w:tcBorders>
            <w:shd w:val="clear" w:color="auto" w:fill="DAEEF3" w:themeFill="accent5" w:themeFillTint="33"/>
            <w:vAlign w:val="center"/>
          </w:tcPr>
          <w:p w14:paraId="191D633E" w14:textId="77777777" w:rsidR="00B11C98" w:rsidRPr="007B5BDD" w:rsidRDefault="00B11C98" w:rsidP="00C028BE">
            <w:pPr>
              <w:pStyle w:val="ListParagraph"/>
              <w:spacing w:after="0"/>
              <w:ind w:left="-106" w:right="-109"/>
              <w:jc w:val="left"/>
              <w:rPr>
                <w:rFonts w:cs="Times New Roman"/>
                <w:b/>
                <w:bCs/>
                <w:sz w:val="20"/>
                <w:szCs w:val="20"/>
              </w:rPr>
            </w:pPr>
            <w:r w:rsidRPr="007B5BDD">
              <w:rPr>
                <w:rFonts w:cs="Times New Roman"/>
                <w:b/>
                <w:bCs/>
                <w:sz w:val="20"/>
                <w:szCs w:val="20"/>
              </w:rPr>
              <w:t>Hasil dan Pembahasan</w:t>
            </w:r>
          </w:p>
        </w:tc>
        <w:tc>
          <w:tcPr>
            <w:tcW w:w="6912" w:type="dxa"/>
            <w:tcBorders>
              <w:top w:val="single" w:sz="2" w:space="0" w:color="auto"/>
              <w:left w:val="single" w:sz="2" w:space="0" w:color="auto"/>
              <w:bottom w:val="single" w:sz="2" w:space="0" w:color="auto"/>
              <w:right w:val="single" w:sz="2" w:space="0" w:color="auto"/>
            </w:tcBorders>
            <w:vAlign w:val="center"/>
          </w:tcPr>
          <w:p w14:paraId="1775020A" w14:textId="77777777" w:rsidR="00B11C98" w:rsidRPr="007B5BDD" w:rsidRDefault="00B11C98" w:rsidP="00C028BE">
            <w:pPr>
              <w:spacing w:after="0"/>
              <w:rPr>
                <w:rFonts w:cs="Times New Roman"/>
                <w:sz w:val="20"/>
                <w:szCs w:val="20"/>
              </w:rPr>
            </w:pPr>
            <w:r w:rsidRPr="007B5BDD">
              <w:rPr>
                <w:rFonts w:cs="Times New Roman"/>
                <w:sz w:val="20"/>
                <w:szCs w:val="20"/>
              </w:rPr>
              <w:t xml:space="preserve">Font Times New Roman 12, </w:t>
            </w:r>
            <w:r>
              <w:rPr>
                <w:rFonts w:cs="Times New Roman"/>
                <w:sz w:val="20"/>
                <w:szCs w:val="20"/>
              </w:rPr>
              <w:t xml:space="preserve">pt </w:t>
            </w:r>
            <w:r w:rsidRPr="007B5BDD">
              <w:rPr>
                <w:rFonts w:cs="Times New Roman"/>
                <w:sz w:val="20"/>
                <w:szCs w:val="20"/>
              </w:rPr>
              <w:t>spasi 1,</w:t>
            </w:r>
            <w:r>
              <w:rPr>
                <w:rFonts w:cs="Times New Roman"/>
                <w:sz w:val="20"/>
                <w:szCs w:val="20"/>
              </w:rPr>
              <w:t>5</w:t>
            </w:r>
            <w:r w:rsidRPr="007B5BDD">
              <w:rPr>
                <w:rFonts w:cs="Times New Roman"/>
                <w:sz w:val="20"/>
                <w:szCs w:val="20"/>
              </w:rPr>
              <w:t xml:space="preserve"> </w:t>
            </w:r>
          </w:p>
        </w:tc>
      </w:tr>
      <w:tr w:rsidR="00B11C98" w14:paraId="2256A99E" w14:textId="77777777" w:rsidTr="00E576CA">
        <w:trPr>
          <w:jc w:val="center"/>
        </w:trPr>
        <w:tc>
          <w:tcPr>
            <w:tcW w:w="392" w:type="dxa"/>
            <w:tcBorders>
              <w:top w:val="single" w:sz="2" w:space="0" w:color="auto"/>
              <w:left w:val="single" w:sz="2" w:space="0" w:color="auto"/>
              <w:bottom w:val="single" w:sz="2" w:space="0" w:color="auto"/>
              <w:right w:val="single" w:sz="2" w:space="0" w:color="auto"/>
            </w:tcBorders>
            <w:shd w:val="clear" w:color="auto" w:fill="DAEEF3" w:themeFill="accent5" w:themeFillTint="33"/>
            <w:vAlign w:val="center"/>
          </w:tcPr>
          <w:p w14:paraId="5865E2D9" w14:textId="77777777" w:rsidR="00B11C98" w:rsidRPr="00EB7278" w:rsidRDefault="00B11C98" w:rsidP="00C028BE">
            <w:pPr>
              <w:pStyle w:val="ListParagraph"/>
              <w:spacing w:after="0"/>
              <w:ind w:left="284" w:hanging="294"/>
              <w:jc w:val="center"/>
              <w:rPr>
                <w:rFonts w:cs="Times New Roman"/>
                <w:b/>
                <w:bCs/>
                <w:sz w:val="20"/>
                <w:szCs w:val="20"/>
              </w:rPr>
            </w:pPr>
            <w:r>
              <w:rPr>
                <w:rFonts w:cs="Times New Roman"/>
                <w:b/>
                <w:bCs/>
                <w:sz w:val="20"/>
                <w:szCs w:val="20"/>
              </w:rPr>
              <w:t>8.</w:t>
            </w:r>
          </w:p>
        </w:tc>
        <w:tc>
          <w:tcPr>
            <w:tcW w:w="1984" w:type="dxa"/>
            <w:tcBorders>
              <w:top w:val="single" w:sz="2" w:space="0" w:color="auto"/>
              <w:left w:val="single" w:sz="2" w:space="0" w:color="auto"/>
              <w:bottom w:val="single" w:sz="2" w:space="0" w:color="auto"/>
              <w:right w:val="single" w:sz="2" w:space="0" w:color="auto"/>
            </w:tcBorders>
            <w:shd w:val="clear" w:color="auto" w:fill="DAEEF3" w:themeFill="accent5" w:themeFillTint="33"/>
            <w:vAlign w:val="center"/>
          </w:tcPr>
          <w:p w14:paraId="57BC87F5" w14:textId="77777777" w:rsidR="00B11C98" w:rsidRPr="007B5BDD" w:rsidRDefault="00B11C98" w:rsidP="00C028BE">
            <w:pPr>
              <w:pStyle w:val="ListParagraph"/>
              <w:spacing w:after="0"/>
              <w:ind w:left="-106"/>
              <w:jc w:val="left"/>
              <w:rPr>
                <w:rFonts w:cs="Times New Roman"/>
                <w:b/>
                <w:bCs/>
                <w:sz w:val="20"/>
                <w:szCs w:val="20"/>
              </w:rPr>
            </w:pPr>
            <w:r w:rsidRPr="007B5BDD">
              <w:rPr>
                <w:rFonts w:cs="Times New Roman"/>
                <w:b/>
                <w:bCs/>
                <w:sz w:val="20"/>
                <w:szCs w:val="20"/>
              </w:rPr>
              <w:t>Kesimpulan</w:t>
            </w:r>
          </w:p>
        </w:tc>
        <w:tc>
          <w:tcPr>
            <w:tcW w:w="6912" w:type="dxa"/>
            <w:tcBorders>
              <w:top w:val="single" w:sz="2" w:space="0" w:color="auto"/>
              <w:left w:val="single" w:sz="2" w:space="0" w:color="auto"/>
              <w:bottom w:val="single" w:sz="2" w:space="0" w:color="auto"/>
              <w:right w:val="single" w:sz="2" w:space="0" w:color="auto"/>
            </w:tcBorders>
            <w:vAlign w:val="center"/>
          </w:tcPr>
          <w:p w14:paraId="76B895C5" w14:textId="77777777" w:rsidR="00B11C98" w:rsidRPr="007B5BDD" w:rsidRDefault="00B11C98" w:rsidP="00C028BE">
            <w:pPr>
              <w:spacing w:after="0"/>
              <w:rPr>
                <w:rFonts w:cs="Times New Roman"/>
                <w:sz w:val="20"/>
                <w:szCs w:val="20"/>
              </w:rPr>
            </w:pPr>
            <w:r w:rsidRPr="007B5BDD">
              <w:rPr>
                <w:rFonts w:cs="Times New Roman"/>
                <w:sz w:val="20"/>
                <w:szCs w:val="20"/>
              </w:rPr>
              <w:t xml:space="preserve">Font Times New Roman 12, </w:t>
            </w:r>
            <w:r>
              <w:rPr>
                <w:rFonts w:cs="Times New Roman"/>
                <w:sz w:val="20"/>
                <w:szCs w:val="20"/>
              </w:rPr>
              <w:t xml:space="preserve">pt </w:t>
            </w:r>
            <w:r w:rsidRPr="007B5BDD">
              <w:rPr>
                <w:rFonts w:cs="Times New Roman"/>
                <w:sz w:val="20"/>
                <w:szCs w:val="20"/>
              </w:rPr>
              <w:t>spasi 1,</w:t>
            </w:r>
            <w:r>
              <w:rPr>
                <w:rFonts w:cs="Times New Roman"/>
                <w:sz w:val="20"/>
                <w:szCs w:val="20"/>
              </w:rPr>
              <w:t>5</w:t>
            </w:r>
            <w:r w:rsidRPr="007B5BDD">
              <w:rPr>
                <w:rFonts w:cs="Times New Roman"/>
                <w:sz w:val="20"/>
                <w:szCs w:val="20"/>
              </w:rPr>
              <w:t xml:space="preserve"> </w:t>
            </w:r>
          </w:p>
        </w:tc>
      </w:tr>
      <w:tr w:rsidR="00B11C98" w14:paraId="387800C1" w14:textId="77777777" w:rsidTr="00E576CA">
        <w:trPr>
          <w:jc w:val="center"/>
        </w:trPr>
        <w:tc>
          <w:tcPr>
            <w:tcW w:w="392" w:type="dxa"/>
            <w:tcBorders>
              <w:top w:val="single" w:sz="2" w:space="0" w:color="auto"/>
              <w:left w:val="single" w:sz="2" w:space="0" w:color="auto"/>
              <w:bottom w:val="single" w:sz="2" w:space="0" w:color="auto"/>
              <w:right w:val="single" w:sz="2" w:space="0" w:color="auto"/>
            </w:tcBorders>
            <w:shd w:val="clear" w:color="auto" w:fill="DAEEF3" w:themeFill="accent5" w:themeFillTint="33"/>
            <w:vAlign w:val="center"/>
          </w:tcPr>
          <w:p w14:paraId="71B5E065" w14:textId="77777777" w:rsidR="00B11C98" w:rsidRPr="00EB7278" w:rsidRDefault="00B11C98" w:rsidP="00C028BE">
            <w:pPr>
              <w:pStyle w:val="ListParagraph"/>
              <w:spacing w:after="0"/>
              <w:ind w:left="284" w:hanging="294"/>
              <w:jc w:val="center"/>
              <w:rPr>
                <w:rFonts w:cs="Times New Roman"/>
                <w:b/>
                <w:bCs/>
                <w:sz w:val="20"/>
                <w:szCs w:val="20"/>
              </w:rPr>
            </w:pPr>
            <w:r>
              <w:rPr>
                <w:rFonts w:cs="Times New Roman"/>
                <w:b/>
                <w:bCs/>
                <w:sz w:val="20"/>
                <w:szCs w:val="20"/>
              </w:rPr>
              <w:t>9.</w:t>
            </w:r>
          </w:p>
        </w:tc>
        <w:tc>
          <w:tcPr>
            <w:tcW w:w="1984" w:type="dxa"/>
            <w:tcBorders>
              <w:top w:val="single" w:sz="2" w:space="0" w:color="auto"/>
              <w:left w:val="single" w:sz="2" w:space="0" w:color="auto"/>
              <w:bottom w:val="single" w:sz="2" w:space="0" w:color="auto"/>
              <w:right w:val="single" w:sz="2" w:space="0" w:color="auto"/>
            </w:tcBorders>
            <w:shd w:val="clear" w:color="auto" w:fill="DAEEF3" w:themeFill="accent5" w:themeFillTint="33"/>
            <w:vAlign w:val="center"/>
          </w:tcPr>
          <w:p w14:paraId="696E8643" w14:textId="77777777" w:rsidR="00B11C98" w:rsidRPr="007B5BDD" w:rsidRDefault="00B11C98" w:rsidP="00C028BE">
            <w:pPr>
              <w:pStyle w:val="ListParagraph"/>
              <w:spacing w:after="0"/>
              <w:ind w:left="-106"/>
              <w:jc w:val="left"/>
              <w:rPr>
                <w:rFonts w:cs="Times New Roman"/>
                <w:b/>
                <w:bCs/>
                <w:sz w:val="20"/>
                <w:szCs w:val="20"/>
              </w:rPr>
            </w:pPr>
            <w:r w:rsidRPr="007B5BDD">
              <w:rPr>
                <w:rFonts w:cs="Times New Roman"/>
                <w:b/>
                <w:bCs/>
                <w:sz w:val="20"/>
                <w:szCs w:val="20"/>
              </w:rPr>
              <w:t>Daftar Pustaka</w:t>
            </w:r>
          </w:p>
        </w:tc>
        <w:tc>
          <w:tcPr>
            <w:tcW w:w="6912" w:type="dxa"/>
            <w:tcBorders>
              <w:top w:val="single" w:sz="2" w:space="0" w:color="auto"/>
              <w:left w:val="single" w:sz="2" w:space="0" w:color="auto"/>
              <w:bottom w:val="single" w:sz="2" w:space="0" w:color="auto"/>
              <w:right w:val="single" w:sz="2" w:space="0" w:color="auto"/>
            </w:tcBorders>
            <w:vAlign w:val="center"/>
          </w:tcPr>
          <w:p w14:paraId="5021B70B" w14:textId="77777777" w:rsidR="00B11C98" w:rsidRPr="007B5BDD" w:rsidRDefault="00B11C98" w:rsidP="00C028BE">
            <w:pPr>
              <w:spacing w:after="0"/>
              <w:rPr>
                <w:rFonts w:cs="Times New Roman"/>
                <w:sz w:val="20"/>
                <w:szCs w:val="20"/>
              </w:rPr>
            </w:pPr>
            <w:r w:rsidRPr="007B5BDD">
              <w:rPr>
                <w:rFonts w:cs="Times New Roman"/>
                <w:sz w:val="20"/>
                <w:szCs w:val="20"/>
              </w:rPr>
              <w:t>Font Times New Roman 12</w:t>
            </w:r>
            <w:r>
              <w:rPr>
                <w:rFonts w:cs="Times New Roman"/>
                <w:sz w:val="20"/>
                <w:szCs w:val="20"/>
              </w:rPr>
              <w:t>,</w:t>
            </w:r>
            <w:r w:rsidRPr="007B5BDD">
              <w:rPr>
                <w:rFonts w:cs="Times New Roman"/>
                <w:sz w:val="20"/>
                <w:szCs w:val="20"/>
              </w:rPr>
              <w:t xml:space="preserve"> pt Spasi 1,0</w:t>
            </w:r>
            <w:r>
              <w:rPr>
                <w:rFonts w:cs="Times New Roman"/>
                <w:sz w:val="20"/>
                <w:szCs w:val="20"/>
              </w:rPr>
              <w:t xml:space="preserve"> berasal dari publikasi 5 th terakhir</w:t>
            </w:r>
          </w:p>
        </w:tc>
      </w:tr>
      <w:tr w:rsidR="00B11C98" w14:paraId="6196A78F" w14:textId="77777777" w:rsidTr="00E576CA">
        <w:trPr>
          <w:jc w:val="center"/>
        </w:trPr>
        <w:tc>
          <w:tcPr>
            <w:tcW w:w="392" w:type="dxa"/>
            <w:tcBorders>
              <w:top w:val="single" w:sz="2" w:space="0" w:color="auto"/>
              <w:left w:val="single" w:sz="2" w:space="0" w:color="auto"/>
              <w:bottom w:val="single" w:sz="2" w:space="0" w:color="auto"/>
              <w:right w:val="single" w:sz="2" w:space="0" w:color="auto"/>
            </w:tcBorders>
            <w:shd w:val="clear" w:color="auto" w:fill="DAEEF3" w:themeFill="accent5" w:themeFillTint="33"/>
            <w:vAlign w:val="center"/>
          </w:tcPr>
          <w:p w14:paraId="6EC1CB32" w14:textId="77777777" w:rsidR="00B11C98" w:rsidRPr="00EB7278" w:rsidRDefault="00B11C98" w:rsidP="00C028BE">
            <w:pPr>
              <w:pStyle w:val="ListParagraph"/>
              <w:spacing w:after="0"/>
              <w:ind w:left="284" w:hanging="294"/>
              <w:jc w:val="center"/>
              <w:rPr>
                <w:rFonts w:cs="Times New Roman"/>
                <w:b/>
                <w:bCs/>
                <w:sz w:val="20"/>
                <w:szCs w:val="20"/>
              </w:rPr>
            </w:pPr>
          </w:p>
        </w:tc>
        <w:tc>
          <w:tcPr>
            <w:tcW w:w="1984" w:type="dxa"/>
            <w:tcBorders>
              <w:top w:val="single" w:sz="2" w:space="0" w:color="auto"/>
              <w:left w:val="single" w:sz="2" w:space="0" w:color="auto"/>
              <w:bottom w:val="single" w:sz="2" w:space="0" w:color="auto"/>
              <w:right w:val="single" w:sz="2" w:space="0" w:color="auto"/>
            </w:tcBorders>
            <w:shd w:val="clear" w:color="auto" w:fill="DAEEF3" w:themeFill="accent5" w:themeFillTint="33"/>
            <w:vAlign w:val="center"/>
          </w:tcPr>
          <w:p w14:paraId="1B9D2A43" w14:textId="77777777" w:rsidR="00B11C98" w:rsidRPr="007B5BDD" w:rsidRDefault="00B11C98" w:rsidP="00C028BE">
            <w:pPr>
              <w:pStyle w:val="ListParagraph"/>
              <w:spacing w:after="0"/>
              <w:ind w:left="-106"/>
              <w:jc w:val="left"/>
              <w:rPr>
                <w:rFonts w:cs="Times New Roman"/>
                <w:b/>
                <w:bCs/>
                <w:sz w:val="20"/>
                <w:szCs w:val="20"/>
              </w:rPr>
            </w:pPr>
          </w:p>
        </w:tc>
        <w:tc>
          <w:tcPr>
            <w:tcW w:w="6912" w:type="dxa"/>
            <w:tcBorders>
              <w:top w:val="single" w:sz="2" w:space="0" w:color="auto"/>
              <w:left w:val="single" w:sz="2" w:space="0" w:color="auto"/>
              <w:bottom w:val="single" w:sz="2" w:space="0" w:color="auto"/>
              <w:right w:val="single" w:sz="2" w:space="0" w:color="auto"/>
            </w:tcBorders>
            <w:vAlign w:val="center"/>
          </w:tcPr>
          <w:p w14:paraId="776B11CC" w14:textId="77777777" w:rsidR="00B11C98" w:rsidRPr="007B5BDD" w:rsidRDefault="00B11C98" w:rsidP="00C028BE">
            <w:pPr>
              <w:spacing w:after="0"/>
              <w:rPr>
                <w:rFonts w:cs="Times New Roman"/>
                <w:sz w:val="20"/>
                <w:szCs w:val="20"/>
              </w:rPr>
            </w:pPr>
          </w:p>
        </w:tc>
      </w:tr>
      <w:tr w:rsidR="00B11C98" w14:paraId="3992FBD1" w14:textId="77777777" w:rsidTr="00E576CA">
        <w:trPr>
          <w:jc w:val="center"/>
        </w:trPr>
        <w:tc>
          <w:tcPr>
            <w:tcW w:w="2376" w:type="dxa"/>
            <w:gridSpan w:val="2"/>
            <w:tcBorders>
              <w:top w:val="single" w:sz="2" w:space="0" w:color="auto"/>
              <w:left w:val="single" w:sz="2" w:space="0" w:color="auto"/>
              <w:bottom w:val="single" w:sz="2" w:space="0" w:color="auto"/>
              <w:right w:val="single" w:sz="2" w:space="0" w:color="auto"/>
            </w:tcBorders>
            <w:shd w:val="clear" w:color="auto" w:fill="DAEEF3" w:themeFill="accent5" w:themeFillTint="33"/>
            <w:vAlign w:val="center"/>
          </w:tcPr>
          <w:p w14:paraId="6BA6FAE1" w14:textId="77777777" w:rsidR="00B11C98" w:rsidRPr="007B5BDD" w:rsidRDefault="00B11C98" w:rsidP="00C028BE">
            <w:pPr>
              <w:spacing w:after="0"/>
              <w:rPr>
                <w:rFonts w:cs="Times New Roman"/>
                <w:sz w:val="20"/>
                <w:szCs w:val="20"/>
              </w:rPr>
            </w:pPr>
            <w:r w:rsidRPr="007B5BDD">
              <w:rPr>
                <w:rFonts w:cs="Times New Roman"/>
                <w:b/>
                <w:sz w:val="20"/>
                <w:szCs w:val="20"/>
              </w:rPr>
              <w:t>Panjang Naskah</w:t>
            </w:r>
          </w:p>
        </w:tc>
        <w:tc>
          <w:tcPr>
            <w:tcW w:w="6912" w:type="dxa"/>
            <w:tcBorders>
              <w:top w:val="single" w:sz="2" w:space="0" w:color="auto"/>
              <w:left w:val="single" w:sz="2" w:space="0" w:color="auto"/>
              <w:bottom w:val="single" w:sz="2" w:space="0" w:color="auto"/>
              <w:right w:val="single" w:sz="2" w:space="0" w:color="auto"/>
            </w:tcBorders>
            <w:vAlign w:val="center"/>
          </w:tcPr>
          <w:p w14:paraId="7FF37315" w14:textId="6C354A68" w:rsidR="00B11C98" w:rsidRPr="007B5BDD" w:rsidRDefault="00D270FE" w:rsidP="00C028BE">
            <w:pPr>
              <w:spacing w:after="0"/>
              <w:rPr>
                <w:rFonts w:cs="Times New Roman"/>
                <w:sz w:val="20"/>
                <w:szCs w:val="20"/>
              </w:rPr>
            </w:pPr>
            <w:r>
              <w:rPr>
                <w:rFonts w:cs="Times New Roman"/>
                <w:sz w:val="20"/>
                <w:szCs w:val="20"/>
              </w:rPr>
              <w:t>Maksimal 13 Halaman</w:t>
            </w:r>
            <w:r w:rsidRPr="007B5BDD">
              <w:rPr>
                <w:rFonts w:cs="Times New Roman"/>
                <w:sz w:val="20"/>
                <w:szCs w:val="20"/>
              </w:rPr>
              <w:t xml:space="preserve">, </w:t>
            </w:r>
            <w:r>
              <w:rPr>
                <w:rFonts w:cs="Times New Roman"/>
                <w:sz w:val="20"/>
                <w:szCs w:val="20"/>
              </w:rPr>
              <w:t>dari Pendahuluan</w:t>
            </w:r>
            <w:r w:rsidR="00B11C98" w:rsidRPr="007B5BDD">
              <w:rPr>
                <w:rFonts w:cs="Times New Roman"/>
                <w:sz w:val="20"/>
                <w:szCs w:val="20"/>
              </w:rPr>
              <w:t xml:space="preserve">, </w:t>
            </w:r>
            <w:r w:rsidR="00B11C98">
              <w:rPr>
                <w:rFonts w:cs="Times New Roman"/>
                <w:sz w:val="20"/>
                <w:szCs w:val="20"/>
              </w:rPr>
              <w:t>dari Pendahuluan, metode penelitian, hasil dan pembahasan, kesimpulan dan referensi</w:t>
            </w:r>
            <w:r w:rsidR="00B11C98" w:rsidRPr="007B5BDD">
              <w:rPr>
                <w:rFonts w:cs="Times New Roman"/>
                <w:sz w:val="20"/>
                <w:szCs w:val="20"/>
              </w:rPr>
              <w:t>, kecuali ditentukan lain oleh redaksi.</w:t>
            </w:r>
          </w:p>
        </w:tc>
      </w:tr>
      <w:tr w:rsidR="00B11C98" w14:paraId="70865634" w14:textId="77777777" w:rsidTr="00E576CA">
        <w:trPr>
          <w:jc w:val="center"/>
        </w:trPr>
        <w:tc>
          <w:tcPr>
            <w:tcW w:w="2376" w:type="dxa"/>
            <w:gridSpan w:val="2"/>
            <w:tcBorders>
              <w:top w:val="single" w:sz="2" w:space="0" w:color="auto"/>
              <w:left w:val="single" w:sz="2" w:space="0" w:color="auto"/>
              <w:bottom w:val="single" w:sz="2" w:space="0" w:color="auto"/>
              <w:right w:val="single" w:sz="2" w:space="0" w:color="auto"/>
            </w:tcBorders>
            <w:shd w:val="clear" w:color="auto" w:fill="DAEEF3" w:themeFill="accent5" w:themeFillTint="33"/>
            <w:vAlign w:val="center"/>
          </w:tcPr>
          <w:p w14:paraId="56D35F42" w14:textId="77777777" w:rsidR="00B11C98" w:rsidRPr="007B5BDD" w:rsidRDefault="00B11C98" w:rsidP="00C028BE">
            <w:pPr>
              <w:spacing w:after="0"/>
              <w:rPr>
                <w:rFonts w:cs="Times New Roman"/>
                <w:sz w:val="20"/>
                <w:szCs w:val="20"/>
              </w:rPr>
            </w:pPr>
            <w:r w:rsidRPr="007B5BDD">
              <w:rPr>
                <w:rFonts w:cs="Times New Roman"/>
                <w:b/>
                <w:sz w:val="20"/>
                <w:szCs w:val="20"/>
              </w:rPr>
              <w:t>Gambar dan Tabel</w:t>
            </w:r>
          </w:p>
        </w:tc>
        <w:tc>
          <w:tcPr>
            <w:tcW w:w="6912" w:type="dxa"/>
            <w:tcBorders>
              <w:top w:val="single" w:sz="2" w:space="0" w:color="auto"/>
              <w:left w:val="single" w:sz="2" w:space="0" w:color="auto"/>
              <w:bottom w:val="single" w:sz="2" w:space="0" w:color="auto"/>
              <w:right w:val="single" w:sz="2" w:space="0" w:color="auto"/>
            </w:tcBorders>
            <w:vAlign w:val="center"/>
          </w:tcPr>
          <w:p w14:paraId="05FA5B1F" w14:textId="77777777" w:rsidR="00B11C98" w:rsidRPr="007B5BDD" w:rsidRDefault="00B11C98" w:rsidP="00C028BE">
            <w:pPr>
              <w:spacing w:after="0"/>
              <w:rPr>
                <w:rFonts w:cs="Times New Roman"/>
                <w:sz w:val="20"/>
                <w:szCs w:val="20"/>
              </w:rPr>
            </w:pPr>
            <w:r w:rsidRPr="007B5BDD">
              <w:rPr>
                <w:rFonts w:cs="Times New Roman"/>
                <w:sz w:val="20"/>
                <w:szCs w:val="20"/>
              </w:rPr>
              <w:t>Font Times New Roman 10 pt spasi 1,0 beri nomor berurutan, judul singkat, serta sumber bila bukan hasil olahan penulis.</w:t>
            </w:r>
          </w:p>
        </w:tc>
      </w:tr>
      <w:tr w:rsidR="00B11C98" w14:paraId="62DE9AEB" w14:textId="77777777" w:rsidTr="00E576CA">
        <w:trPr>
          <w:jc w:val="center"/>
        </w:trPr>
        <w:tc>
          <w:tcPr>
            <w:tcW w:w="2376" w:type="dxa"/>
            <w:gridSpan w:val="2"/>
            <w:tcBorders>
              <w:top w:val="single" w:sz="2" w:space="0" w:color="auto"/>
              <w:left w:val="single" w:sz="2" w:space="0" w:color="auto"/>
              <w:bottom w:val="single" w:sz="2" w:space="0" w:color="auto"/>
              <w:right w:val="single" w:sz="2" w:space="0" w:color="auto"/>
            </w:tcBorders>
            <w:shd w:val="clear" w:color="auto" w:fill="DAEEF3" w:themeFill="accent5" w:themeFillTint="33"/>
            <w:vAlign w:val="center"/>
          </w:tcPr>
          <w:p w14:paraId="6CA5ED98" w14:textId="77777777" w:rsidR="00B11C98" w:rsidRPr="007B5BDD" w:rsidRDefault="00B11C98" w:rsidP="00C028BE">
            <w:pPr>
              <w:spacing w:after="0"/>
              <w:rPr>
                <w:rFonts w:cs="Times New Roman"/>
                <w:sz w:val="20"/>
                <w:szCs w:val="20"/>
              </w:rPr>
            </w:pPr>
            <w:r w:rsidRPr="007B5BDD">
              <w:rPr>
                <w:rFonts w:cs="Times New Roman"/>
                <w:b/>
                <w:sz w:val="20"/>
                <w:szCs w:val="20"/>
              </w:rPr>
              <w:t>Ketentuan</w:t>
            </w:r>
            <w:r>
              <w:rPr>
                <w:rFonts w:cs="Times New Roman"/>
                <w:b/>
                <w:sz w:val="20"/>
                <w:szCs w:val="20"/>
              </w:rPr>
              <w:t xml:space="preserve"> dan</w:t>
            </w:r>
            <w:r w:rsidRPr="007B5BDD">
              <w:rPr>
                <w:rFonts w:cs="Times New Roman"/>
                <w:b/>
                <w:sz w:val="20"/>
                <w:szCs w:val="20"/>
              </w:rPr>
              <w:t xml:space="preserve"> Submisi OJS</w:t>
            </w:r>
            <w:r>
              <w:rPr>
                <w:rFonts w:cs="Times New Roman"/>
                <w:b/>
                <w:sz w:val="20"/>
                <w:szCs w:val="20"/>
              </w:rPr>
              <w:t xml:space="preserve"> </w:t>
            </w:r>
          </w:p>
        </w:tc>
        <w:tc>
          <w:tcPr>
            <w:tcW w:w="6912" w:type="dxa"/>
            <w:tcBorders>
              <w:top w:val="single" w:sz="2" w:space="0" w:color="auto"/>
              <w:left w:val="single" w:sz="2" w:space="0" w:color="auto"/>
              <w:bottom w:val="single" w:sz="2" w:space="0" w:color="auto"/>
              <w:right w:val="single" w:sz="2" w:space="0" w:color="auto"/>
            </w:tcBorders>
            <w:vAlign w:val="center"/>
          </w:tcPr>
          <w:p w14:paraId="3498BEDB" w14:textId="77777777" w:rsidR="00B11C98" w:rsidRPr="000B3D75" w:rsidRDefault="00B11C98" w:rsidP="00C028BE">
            <w:pPr>
              <w:pStyle w:val="ListParagraph"/>
              <w:numPr>
                <w:ilvl w:val="0"/>
                <w:numId w:val="10"/>
              </w:numPr>
              <w:spacing w:after="0"/>
              <w:ind w:left="237" w:hanging="252"/>
              <w:rPr>
                <w:rFonts w:cs="Times New Roman"/>
                <w:sz w:val="20"/>
                <w:szCs w:val="20"/>
              </w:rPr>
            </w:pPr>
            <w:r w:rsidRPr="007B5BDD">
              <w:rPr>
                <w:rFonts w:cs="Times New Roman"/>
                <w:sz w:val="20"/>
                <w:szCs w:val="20"/>
              </w:rPr>
              <w:t xml:space="preserve">Belum pernah terbit dan/atau tidak sedang dalam proses submisi di jurnal lain </w:t>
            </w:r>
          </w:p>
        </w:tc>
      </w:tr>
      <w:tr w:rsidR="00B11C98" w14:paraId="60C265C3" w14:textId="77777777" w:rsidTr="00E576CA">
        <w:trPr>
          <w:jc w:val="center"/>
        </w:trPr>
        <w:tc>
          <w:tcPr>
            <w:tcW w:w="2376" w:type="dxa"/>
            <w:gridSpan w:val="2"/>
            <w:tcBorders>
              <w:top w:val="single" w:sz="2" w:space="0" w:color="auto"/>
              <w:left w:val="single" w:sz="2" w:space="0" w:color="auto"/>
              <w:bottom w:val="single" w:sz="2" w:space="0" w:color="auto"/>
              <w:right w:val="single" w:sz="2" w:space="0" w:color="auto"/>
            </w:tcBorders>
            <w:shd w:val="clear" w:color="auto" w:fill="DAEEF3" w:themeFill="accent5" w:themeFillTint="33"/>
            <w:vAlign w:val="center"/>
          </w:tcPr>
          <w:p w14:paraId="10EA0E87" w14:textId="77777777" w:rsidR="00B11C98" w:rsidRPr="007B5BDD" w:rsidRDefault="00B11C98" w:rsidP="00C028BE">
            <w:pPr>
              <w:spacing w:after="0"/>
              <w:rPr>
                <w:rFonts w:cs="Times New Roman"/>
                <w:b/>
                <w:sz w:val="20"/>
                <w:szCs w:val="20"/>
              </w:rPr>
            </w:pPr>
          </w:p>
        </w:tc>
        <w:tc>
          <w:tcPr>
            <w:tcW w:w="6912" w:type="dxa"/>
            <w:tcBorders>
              <w:top w:val="single" w:sz="2" w:space="0" w:color="auto"/>
              <w:left w:val="single" w:sz="2" w:space="0" w:color="auto"/>
              <w:bottom w:val="single" w:sz="2" w:space="0" w:color="auto"/>
              <w:right w:val="single" w:sz="2" w:space="0" w:color="auto"/>
            </w:tcBorders>
            <w:vAlign w:val="center"/>
          </w:tcPr>
          <w:p w14:paraId="7E3C0CC2" w14:textId="77777777" w:rsidR="00B11C98" w:rsidRPr="000B3D75" w:rsidRDefault="00B11C98" w:rsidP="00C028BE">
            <w:pPr>
              <w:pStyle w:val="ListParagraph"/>
              <w:numPr>
                <w:ilvl w:val="0"/>
                <w:numId w:val="10"/>
              </w:numPr>
              <w:spacing w:after="0"/>
              <w:ind w:left="237" w:hanging="252"/>
              <w:rPr>
                <w:rFonts w:cs="Times New Roman"/>
                <w:sz w:val="20"/>
                <w:szCs w:val="20"/>
              </w:rPr>
            </w:pPr>
            <w:r w:rsidRPr="00C02D07">
              <w:rPr>
                <w:sz w:val="20"/>
                <w:szCs w:val="20"/>
              </w:rPr>
              <w:t>Naskah harus orisinal dan belum dipublikas</w:t>
            </w:r>
            <w:r>
              <w:rPr>
                <w:sz w:val="20"/>
                <w:szCs w:val="20"/>
              </w:rPr>
              <w:t>, a</w:t>
            </w:r>
            <w:r w:rsidRPr="00C02D07">
              <w:rPr>
                <w:sz w:val="20"/>
                <w:szCs w:val="20"/>
              </w:rPr>
              <w:t>mbang similarity dapat ditetapkan redaksi, misalnya maksimal 20-25% dengan pengecualian referensi dan kutipan.</w:t>
            </w:r>
          </w:p>
        </w:tc>
      </w:tr>
      <w:tr w:rsidR="00B11C98" w14:paraId="79620CDE" w14:textId="77777777" w:rsidTr="00E576CA">
        <w:trPr>
          <w:jc w:val="center"/>
        </w:trPr>
        <w:tc>
          <w:tcPr>
            <w:tcW w:w="2376" w:type="dxa"/>
            <w:gridSpan w:val="2"/>
            <w:tcBorders>
              <w:top w:val="single" w:sz="2" w:space="0" w:color="auto"/>
              <w:left w:val="single" w:sz="2" w:space="0" w:color="auto"/>
              <w:bottom w:val="single" w:sz="2" w:space="0" w:color="auto"/>
              <w:right w:val="single" w:sz="2" w:space="0" w:color="auto"/>
            </w:tcBorders>
            <w:shd w:val="clear" w:color="auto" w:fill="DAEEF3" w:themeFill="accent5" w:themeFillTint="33"/>
            <w:vAlign w:val="center"/>
          </w:tcPr>
          <w:p w14:paraId="1CC6CA46" w14:textId="77777777" w:rsidR="00B11C98" w:rsidRPr="007B5BDD" w:rsidRDefault="00B11C98" w:rsidP="00C028BE">
            <w:pPr>
              <w:spacing w:after="0"/>
              <w:rPr>
                <w:rFonts w:cs="Times New Roman"/>
                <w:b/>
                <w:sz w:val="20"/>
                <w:szCs w:val="20"/>
              </w:rPr>
            </w:pPr>
          </w:p>
        </w:tc>
        <w:tc>
          <w:tcPr>
            <w:tcW w:w="6912" w:type="dxa"/>
            <w:tcBorders>
              <w:top w:val="single" w:sz="2" w:space="0" w:color="auto"/>
              <w:left w:val="single" w:sz="2" w:space="0" w:color="auto"/>
              <w:bottom w:val="single" w:sz="2" w:space="0" w:color="auto"/>
              <w:right w:val="single" w:sz="2" w:space="0" w:color="auto"/>
            </w:tcBorders>
            <w:vAlign w:val="center"/>
          </w:tcPr>
          <w:p w14:paraId="114AB081" w14:textId="77777777" w:rsidR="00B11C98" w:rsidRPr="000B3D75" w:rsidRDefault="00B11C98" w:rsidP="00C028BE">
            <w:pPr>
              <w:pStyle w:val="ListParagraph"/>
              <w:numPr>
                <w:ilvl w:val="0"/>
                <w:numId w:val="10"/>
              </w:numPr>
              <w:spacing w:after="0"/>
              <w:ind w:left="237" w:hanging="252"/>
              <w:rPr>
                <w:rFonts w:cs="Times New Roman"/>
                <w:sz w:val="20"/>
                <w:szCs w:val="20"/>
              </w:rPr>
            </w:pPr>
            <w:r w:rsidRPr="003E38B4">
              <w:rPr>
                <w:rFonts w:cs="Times New Roman"/>
                <w:sz w:val="20"/>
              </w:rPr>
              <w:t xml:space="preserve">Unggah naskah dalam </w:t>
            </w:r>
            <w:r w:rsidRPr="00C72BE8">
              <w:rPr>
                <w:rFonts w:cs="Times New Roman"/>
                <w:sz w:val="20"/>
              </w:rPr>
              <w:t>format docx, lengkapi</w:t>
            </w:r>
            <w:r w:rsidRPr="003E38B4">
              <w:rPr>
                <w:rFonts w:cs="Times New Roman"/>
                <w:sz w:val="20"/>
              </w:rPr>
              <w:t xml:space="preserve"> metadata, afiliasi, ORCID bila ada, abstrak, kata kunci, dan referensi pada sistem OJS.</w:t>
            </w:r>
          </w:p>
        </w:tc>
      </w:tr>
    </w:tbl>
    <w:p w14:paraId="200F6D5E" w14:textId="77777777" w:rsidR="00D1320F" w:rsidRDefault="00AF475A" w:rsidP="00D1320F">
      <w:r>
        <w:br w:type="column"/>
      </w:r>
      <w:r w:rsidR="00D1320F">
        <w:lastRenderedPageBreak/>
        <w:t>Keterangan :</w:t>
      </w:r>
    </w:p>
    <w:p w14:paraId="0DA579E4" w14:textId="77777777" w:rsidR="00464EC6" w:rsidRPr="00133046" w:rsidRDefault="00464EC6" w:rsidP="00464EC6">
      <w:pPr>
        <w:pStyle w:val="ListParagraph"/>
        <w:numPr>
          <w:ilvl w:val="0"/>
          <w:numId w:val="11"/>
        </w:numPr>
        <w:spacing w:after="0" w:line="240" w:lineRule="auto"/>
        <w:ind w:left="360"/>
        <w:rPr>
          <w:rFonts w:cs="Times New Roman"/>
          <w:szCs w:val="24"/>
          <w:lang w:val="en-ID" w:eastAsia="en-ID"/>
        </w:rPr>
      </w:pPr>
      <w:r w:rsidRPr="00133046">
        <w:rPr>
          <w:rFonts w:cs="Times New Roman"/>
          <w:color w:val="000000"/>
          <w:szCs w:val="24"/>
          <w:lang w:val="en-ID" w:eastAsia="en-ID"/>
        </w:rPr>
        <w:t>Silahkan registrasi</w:t>
      </w:r>
    </w:p>
    <w:p w14:paraId="2041D242" w14:textId="77777777" w:rsidR="00464EC6" w:rsidRPr="00133046" w:rsidRDefault="00464EC6" w:rsidP="00464EC6">
      <w:pPr>
        <w:pStyle w:val="ListParagraph"/>
        <w:numPr>
          <w:ilvl w:val="0"/>
          <w:numId w:val="11"/>
        </w:numPr>
        <w:spacing w:after="0" w:line="240" w:lineRule="auto"/>
        <w:ind w:left="360"/>
        <w:rPr>
          <w:rFonts w:cs="Times New Roman"/>
          <w:szCs w:val="24"/>
          <w:lang w:val="en-ID" w:eastAsia="en-ID"/>
        </w:rPr>
      </w:pPr>
      <w:r w:rsidRPr="00133046">
        <w:rPr>
          <w:rFonts w:cs="Times New Roman"/>
          <w:color w:val="000000"/>
          <w:szCs w:val="24"/>
          <w:lang w:val="en-ID" w:eastAsia="en-ID"/>
        </w:rPr>
        <w:t xml:space="preserve">Submit Artikel </w:t>
      </w:r>
      <w:r>
        <w:rPr>
          <w:rFonts w:cs="Times New Roman"/>
          <w:color w:val="000000"/>
          <w:szCs w:val="24"/>
          <w:lang w:val="en-ID" w:eastAsia="en-ID"/>
        </w:rPr>
        <w:t>(dengan ketentuan tidak pernah terbit, dan asli naskah milik seniri)</w:t>
      </w:r>
    </w:p>
    <w:p w14:paraId="182BEAD2" w14:textId="77777777" w:rsidR="00464EC6" w:rsidRPr="00133046" w:rsidRDefault="00464EC6" w:rsidP="00464EC6">
      <w:pPr>
        <w:pStyle w:val="ListParagraph"/>
        <w:numPr>
          <w:ilvl w:val="0"/>
          <w:numId w:val="11"/>
        </w:numPr>
        <w:spacing w:after="0" w:line="240" w:lineRule="auto"/>
        <w:ind w:left="360"/>
        <w:rPr>
          <w:rFonts w:cs="Times New Roman"/>
          <w:szCs w:val="24"/>
          <w:lang w:val="en-ID" w:eastAsia="en-ID"/>
        </w:rPr>
      </w:pPr>
      <w:r w:rsidRPr="00133046">
        <w:rPr>
          <w:rFonts w:cs="Times New Roman"/>
          <w:color w:val="000000"/>
          <w:szCs w:val="24"/>
          <w:lang w:val="en-ID" w:eastAsia="en-ID"/>
        </w:rPr>
        <w:t xml:space="preserve">Setelah Submit Artikel, komfirmasi melalui </w:t>
      </w:r>
      <w:r w:rsidRPr="00133046">
        <w:rPr>
          <w:rFonts w:cs="Times New Roman"/>
          <w:szCs w:val="24"/>
          <w:lang w:val="en-ID" w:eastAsia="en-ID"/>
        </w:rPr>
        <w:t xml:space="preserve">Nomor WA 0851-6624-7224 dengan mengirim </w:t>
      </w:r>
      <w:r w:rsidRPr="00133046">
        <w:rPr>
          <w:rFonts w:cs="Times New Roman"/>
          <w:color w:val="000000"/>
          <w:szCs w:val="24"/>
          <w:lang w:val="en-ID" w:eastAsia="en-ID"/>
        </w:rPr>
        <w:t>identitas (nama, pt, fakultas/prodi)</w:t>
      </w:r>
    </w:p>
    <w:p w14:paraId="09AA8370" w14:textId="57B8B5BD" w:rsidR="00D270FE" w:rsidRDefault="00D270FE" w:rsidP="00D1320F">
      <w:pPr>
        <w:rPr>
          <w:rFonts w:cs="Times New Roman"/>
          <w:szCs w:val="24"/>
          <w:lang w:val="en-ID" w:eastAsia="en-ID"/>
        </w:rPr>
      </w:pPr>
    </w:p>
    <w:sectPr w:rsidR="00D270FE" w:rsidSect="00034616">
      <w:headerReference w:type="default" r:id="rId16"/>
      <w:footerReference w:type="default" r:id="rId17"/>
      <w:pgSz w:w="11906" w:h="16838"/>
      <w:pgMar w:top="1247" w:right="1417" w:bottom="1304" w:left="1417" w:header="454" w:footer="4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55A43E" w14:textId="77777777" w:rsidR="00291907" w:rsidRDefault="00291907">
      <w:pPr>
        <w:spacing w:after="0" w:line="240" w:lineRule="auto"/>
      </w:pPr>
      <w:r>
        <w:separator/>
      </w:r>
    </w:p>
  </w:endnote>
  <w:endnote w:type="continuationSeparator" w:id="0">
    <w:p w14:paraId="54BEDCC3" w14:textId="77777777" w:rsidR="00291907" w:rsidRDefault="002919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4000ACFF" w:usb2="00000001"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A0E9ED" w14:textId="77777777" w:rsidR="00614DAD" w:rsidRDefault="00614DA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AE7EDC" w14:textId="2B0939B3" w:rsidR="00731A8F" w:rsidRDefault="005439FA">
    <w:pPr>
      <w:spacing w:after="0"/>
      <w:jc w:val="center"/>
    </w:pPr>
    <w:r>
      <w:rPr>
        <w:color w:val="595959"/>
        <w:sz w:val="18"/>
      </w:rPr>
      <w:t xml:space="preserve">Jurnal </w:t>
    </w:r>
    <w:r w:rsidR="00BD1758">
      <w:rPr>
        <w:color w:val="595959"/>
        <w:sz w:val="18"/>
      </w:rPr>
      <w:t xml:space="preserve">Indonesian Public Health </w:t>
    </w:r>
    <w:r>
      <w:rPr>
        <w:color w:val="595959"/>
        <w:sz w:val="18"/>
      </w:rPr>
      <w:t xml:space="preserve">| Template OJS | Halaman </w:t>
    </w:r>
    <w:r>
      <w:fldChar w:fldCharType="begin"/>
    </w:r>
    <w:r>
      <w:instrText xml:space="preserve"> PAGE </w:instrText>
    </w:r>
    <w:r>
      <w:fldChar w:fldCharType="separate"/>
    </w:r>
    <w:r w:rsidR="001A7D4E">
      <w:rPr>
        <w:noProof/>
      </w:rP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78B9C5" w14:textId="77777777" w:rsidR="00614DAD" w:rsidRDefault="00614DA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1F916E" w14:textId="18CB6DF2" w:rsidR="00731A8F" w:rsidRDefault="005439FA">
    <w:pPr>
      <w:spacing w:after="0"/>
      <w:jc w:val="center"/>
    </w:pPr>
    <w:r>
      <w:rPr>
        <w:color w:val="595959"/>
        <w:sz w:val="18"/>
      </w:rPr>
      <w:t xml:space="preserve">Jurnal Hukum dan Keadilan | Template OJS | Halaman </w:t>
    </w:r>
    <w:r>
      <w:fldChar w:fldCharType="begin"/>
    </w:r>
    <w:r>
      <w:instrText xml:space="preserve"> PAGE </w:instrText>
    </w:r>
    <w:r>
      <w:fldChar w:fldCharType="separate"/>
    </w:r>
    <w:r w:rsidR="001A7D4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8D8A7C4" w14:textId="77777777" w:rsidR="00291907" w:rsidRDefault="00291907">
      <w:pPr>
        <w:spacing w:after="0" w:line="240" w:lineRule="auto"/>
      </w:pPr>
      <w:r>
        <w:separator/>
      </w:r>
    </w:p>
  </w:footnote>
  <w:footnote w:type="continuationSeparator" w:id="0">
    <w:p w14:paraId="7C0D8DFE" w14:textId="77777777" w:rsidR="00291907" w:rsidRDefault="002919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0BDF1" w14:textId="77777777" w:rsidR="00614DAD" w:rsidRDefault="00614DA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2E7C2A" w14:textId="440FC547" w:rsidR="00731A8F" w:rsidRDefault="00614DAD">
    <w:pPr>
      <w:spacing w:after="0"/>
      <w:jc w:val="center"/>
    </w:pPr>
    <w:r>
      <w:rPr>
        <w:noProof/>
      </w:rPr>
      <w:drawing>
        <wp:anchor distT="0" distB="0" distL="114300" distR="114300" simplePos="0" relativeHeight="251658240" behindDoc="1" locked="0" layoutInCell="1" allowOverlap="1" wp14:anchorId="0C28C044" wp14:editId="2C100B69">
          <wp:simplePos x="0" y="0"/>
          <wp:positionH relativeFrom="page">
            <wp:posOffset>468923</wp:posOffset>
          </wp:positionH>
          <wp:positionV relativeFrom="page">
            <wp:posOffset>87923</wp:posOffset>
          </wp:positionV>
          <wp:extent cx="6720840" cy="1565887"/>
          <wp:effectExtent l="0" t="0" r="381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jpg"/>
                  <pic:cNvPicPr/>
                </pic:nvPicPr>
                <pic:blipFill>
                  <a:blip r:embed="rId1"/>
                  <a:stretch>
                    <a:fillRect/>
                  </a:stretch>
                </pic:blipFill>
                <pic:spPr>
                  <a:xfrm>
                    <a:off x="0" y="0"/>
                    <a:ext cx="6755963" cy="1574070"/>
                  </a:xfrm>
                  <a:prstGeom prst="rect">
                    <a:avLst/>
                  </a:prstGeom>
                </pic:spPr>
              </pic:pic>
            </a:graphicData>
          </a:graphic>
          <wp14:sizeRelH relativeFrom="margin">
            <wp14:pctWidth>0</wp14:pctWidth>
          </wp14:sizeRelH>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AF0CAA" w14:textId="77777777" w:rsidR="00614DAD" w:rsidRDefault="00614DA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30C09E" w14:textId="7D3B4F4A" w:rsidR="00731A8F" w:rsidRPr="00FD0D81" w:rsidRDefault="00BD1758">
    <w:pPr>
      <w:spacing w:after="0"/>
      <w:jc w:val="center"/>
      <w:rPr>
        <w:color w:val="548DD4" w:themeColor="text2" w:themeTint="99"/>
      </w:rPr>
    </w:pPr>
    <w:r>
      <w:rPr>
        <w:b/>
        <w:color w:val="548DD4" w:themeColor="text2" w:themeTint="99"/>
        <w:sz w:val="20"/>
      </w:rPr>
      <w:t>J</w:t>
    </w:r>
    <w:r w:rsidR="005439FA" w:rsidRPr="00FD0D81">
      <w:rPr>
        <w:b/>
        <w:color w:val="548DD4" w:themeColor="text2" w:themeTint="99"/>
        <w:sz w:val="20"/>
      </w:rPr>
      <w:t xml:space="preserve">urnal </w:t>
    </w:r>
    <w:r>
      <w:rPr>
        <w:b/>
        <w:color w:val="548DD4" w:themeColor="text2" w:themeTint="99"/>
        <w:sz w:val="20"/>
      </w:rPr>
      <w:t xml:space="preserve">Indonesian Public Health </w:t>
    </w:r>
  </w:p>
  <w:p w14:paraId="3C5A7146" w14:textId="77777777" w:rsidR="00731A8F" w:rsidRDefault="005439FA">
    <w:pPr>
      <w:pBdr>
        <w:bottom w:val="single" w:sz="6" w:space="1" w:color="8B0000"/>
      </w:pBdr>
      <w:spacing w:after="40"/>
      <w:jc w:val="center"/>
    </w:pPr>
    <w:r>
      <w:rPr>
        <w:color w:val="595959"/>
        <w:sz w:val="16"/>
      </w:rPr>
      <w:t>https://ojs.jurnaladsiindonesia.com/index.php/hk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70332EB"/>
    <w:multiLevelType w:val="hybridMultilevel"/>
    <w:tmpl w:val="B5D438D4"/>
    <w:lvl w:ilvl="0" w:tplc="0CF67B04">
      <w:start w:val="5"/>
      <w:numFmt w:val="bullet"/>
      <w:lvlText w:val="-"/>
      <w:lvlJc w:val="left"/>
      <w:pPr>
        <w:ind w:left="-207" w:hanging="360"/>
      </w:pPr>
      <w:rPr>
        <w:rFonts w:ascii="Times New Roman" w:eastAsia="Times New Roman" w:hAnsi="Times New Roman" w:cs="Times New Roman" w:hint="default"/>
        <w:b/>
        <w:color w:val="000000"/>
        <w:sz w:val="22"/>
      </w:rPr>
    </w:lvl>
    <w:lvl w:ilvl="1" w:tplc="38090003" w:tentative="1">
      <w:start w:val="1"/>
      <w:numFmt w:val="bullet"/>
      <w:lvlText w:val="o"/>
      <w:lvlJc w:val="left"/>
      <w:pPr>
        <w:ind w:left="513" w:hanging="360"/>
      </w:pPr>
      <w:rPr>
        <w:rFonts w:ascii="Courier New" w:hAnsi="Courier New" w:cs="Courier New" w:hint="default"/>
      </w:rPr>
    </w:lvl>
    <w:lvl w:ilvl="2" w:tplc="38090005" w:tentative="1">
      <w:start w:val="1"/>
      <w:numFmt w:val="bullet"/>
      <w:lvlText w:val=""/>
      <w:lvlJc w:val="left"/>
      <w:pPr>
        <w:ind w:left="1233" w:hanging="360"/>
      </w:pPr>
      <w:rPr>
        <w:rFonts w:ascii="Wingdings" w:hAnsi="Wingdings" w:hint="default"/>
      </w:rPr>
    </w:lvl>
    <w:lvl w:ilvl="3" w:tplc="38090001" w:tentative="1">
      <w:start w:val="1"/>
      <w:numFmt w:val="bullet"/>
      <w:lvlText w:val=""/>
      <w:lvlJc w:val="left"/>
      <w:pPr>
        <w:ind w:left="1953" w:hanging="360"/>
      </w:pPr>
      <w:rPr>
        <w:rFonts w:ascii="Symbol" w:hAnsi="Symbol" w:hint="default"/>
      </w:rPr>
    </w:lvl>
    <w:lvl w:ilvl="4" w:tplc="38090003" w:tentative="1">
      <w:start w:val="1"/>
      <w:numFmt w:val="bullet"/>
      <w:lvlText w:val="o"/>
      <w:lvlJc w:val="left"/>
      <w:pPr>
        <w:ind w:left="2673" w:hanging="360"/>
      </w:pPr>
      <w:rPr>
        <w:rFonts w:ascii="Courier New" w:hAnsi="Courier New" w:cs="Courier New" w:hint="default"/>
      </w:rPr>
    </w:lvl>
    <w:lvl w:ilvl="5" w:tplc="38090005" w:tentative="1">
      <w:start w:val="1"/>
      <w:numFmt w:val="bullet"/>
      <w:lvlText w:val=""/>
      <w:lvlJc w:val="left"/>
      <w:pPr>
        <w:ind w:left="3393" w:hanging="360"/>
      </w:pPr>
      <w:rPr>
        <w:rFonts w:ascii="Wingdings" w:hAnsi="Wingdings" w:hint="default"/>
      </w:rPr>
    </w:lvl>
    <w:lvl w:ilvl="6" w:tplc="38090001" w:tentative="1">
      <w:start w:val="1"/>
      <w:numFmt w:val="bullet"/>
      <w:lvlText w:val=""/>
      <w:lvlJc w:val="left"/>
      <w:pPr>
        <w:ind w:left="4113" w:hanging="360"/>
      </w:pPr>
      <w:rPr>
        <w:rFonts w:ascii="Symbol" w:hAnsi="Symbol" w:hint="default"/>
      </w:rPr>
    </w:lvl>
    <w:lvl w:ilvl="7" w:tplc="38090003" w:tentative="1">
      <w:start w:val="1"/>
      <w:numFmt w:val="bullet"/>
      <w:lvlText w:val="o"/>
      <w:lvlJc w:val="left"/>
      <w:pPr>
        <w:ind w:left="4833" w:hanging="360"/>
      </w:pPr>
      <w:rPr>
        <w:rFonts w:ascii="Courier New" w:hAnsi="Courier New" w:cs="Courier New" w:hint="default"/>
      </w:rPr>
    </w:lvl>
    <w:lvl w:ilvl="8" w:tplc="38090005" w:tentative="1">
      <w:start w:val="1"/>
      <w:numFmt w:val="bullet"/>
      <w:lvlText w:val=""/>
      <w:lvlJc w:val="left"/>
      <w:pPr>
        <w:ind w:left="5553" w:hanging="360"/>
      </w:pPr>
      <w:rPr>
        <w:rFonts w:ascii="Wingdings" w:hAnsi="Wingdings" w:hint="default"/>
      </w:rPr>
    </w:lvl>
  </w:abstractNum>
  <w:abstractNum w:abstractNumId="10" w15:restartNumberingAfterBreak="0">
    <w:nsid w:val="0E0D3FC2"/>
    <w:multiLevelType w:val="hybridMultilevel"/>
    <w:tmpl w:val="4DC28BFA"/>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1" w15:restartNumberingAfterBreak="0">
    <w:nsid w:val="38654080"/>
    <w:multiLevelType w:val="hybridMultilevel"/>
    <w:tmpl w:val="4DC28BFA"/>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2" w15:restartNumberingAfterBreak="0">
    <w:nsid w:val="44F0679D"/>
    <w:multiLevelType w:val="hybridMultilevel"/>
    <w:tmpl w:val="3A9AA1D8"/>
    <w:lvl w:ilvl="0" w:tplc="84145138">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46DB0178"/>
    <w:multiLevelType w:val="hybridMultilevel"/>
    <w:tmpl w:val="AA3A1426"/>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4" w15:restartNumberingAfterBreak="0">
    <w:nsid w:val="568B4E23"/>
    <w:multiLevelType w:val="hybridMultilevel"/>
    <w:tmpl w:val="AA3A1426"/>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2"/>
  </w:num>
  <w:num w:numId="11">
    <w:abstractNumId w:val="9"/>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37CD6"/>
    <w:rsid w:val="0006063C"/>
    <w:rsid w:val="001047CF"/>
    <w:rsid w:val="00122C08"/>
    <w:rsid w:val="001338BD"/>
    <w:rsid w:val="0015074B"/>
    <w:rsid w:val="0015389A"/>
    <w:rsid w:val="001A7D4E"/>
    <w:rsid w:val="001F42C9"/>
    <w:rsid w:val="00255540"/>
    <w:rsid w:val="00291907"/>
    <w:rsid w:val="0029639D"/>
    <w:rsid w:val="00326F90"/>
    <w:rsid w:val="003758FE"/>
    <w:rsid w:val="00464EC6"/>
    <w:rsid w:val="00514884"/>
    <w:rsid w:val="00514C9B"/>
    <w:rsid w:val="005439FA"/>
    <w:rsid w:val="00614DAD"/>
    <w:rsid w:val="006247F8"/>
    <w:rsid w:val="006C5008"/>
    <w:rsid w:val="00731A8F"/>
    <w:rsid w:val="007600BD"/>
    <w:rsid w:val="0077520D"/>
    <w:rsid w:val="007F520C"/>
    <w:rsid w:val="00933CC2"/>
    <w:rsid w:val="00AA1D8D"/>
    <w:rsid w:val="00AF475A"/>
    <w:rsid w:val="00B11C98"/>
    <w:rsid w:val="00B47730"/>
    <w:rsid w:val="00BD1758"/>
    <w:rsid w:val="00CB0664"/>
    <w:rsid w:val="00D1320F"/>
    <w:rsid w:val="00D270FE"/>
    <w:rsid w:val="00D37F8F"/>
    <w:rsid w:val="00D67B7C"/>
    <w:rsid w:val="00DD0A91"/>
    <w:rsid w:val="00DE3899"/>
    <w:rsid w:val="00E041E1"/>
    <w:rsid w:val="00E2738E"/>
    <w:rsid w:val="00E576CA"/>
    <w:rsid w:val="00E6601F"/>
    <w:rsid w:val="00FC693F"/>
    <w:rsid w:val="00FD0BD4"/>
    <w:rsid w:val="00FD0D81"/>
    <w:rsid w:val="00FD5F5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51C60787-F3D8-4B9D-B678-B4DBB39BAA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jc w:val="both"/>
    </w:pPr>
    <w:rPr>
      <w:rFonts w:ascii="Times New Roman" w:eastAsia="Times New Roman" w:hAnsi="Times New Roman"/>
      <w:sz w:val="24"/>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JHKTitle">
    <w:name w:val="JHK Title"/>
    <w:basedOn w:val="Normal"/>
    <w:pPr>
      <w:jc w:val="center"/>
    </w:pPr>
    <w:rPr>
      <w:b/>
      <w:sz w:val="28"/>
    </w:rPr>
  </w:style>
  <w:style w:type="paragraph" w:customStyle="1" w:styleId="JHKAuthor">
    <w:name w:val="JHK Author"/>
    <w:basedOn w:val="Normal"/>
    <w:pPr>
      <w:spacing w:after="40"/>
      <w:jc w:val="center"/>
    </w:pPr>
    <w:rPr>
      <w:sz w:val="22"/>
    </w:rPr>
  </w:style>
  <w:style w:type="paragraph" w:customStyle="1" w:styleId="JHKAffiliation">
    <w:name w:val="JHK Affiliation"/>
    <w:basedOn w:val="Normal"/>
    <w:pPr>
      <w:spacing w:after="40"/>
      <w:jc w:val="center"/>
    </w:pPr>
    <w:rPr>
      <w:i/>
      <w:sz w:val="20"/>
    </w:rPr>
  </w:style>
  <w:style w:type="paragraph" w:customStyle="1" w:styleId="JHKHeading1">
    <w:name w:val="JHK Heading 1"/>
    <w:basedOn w:val="Normal"/>
    <w:pPr>
      <w:spacing w:before="240"/>
      <w:jc w:val="left"/>
    </w:pPr>
    <w:rPr>
      <w:b/>
    </w:rPr>
  </w:style>
  <w:style w:type="paragraph" w:customStyle="1" w:styleId="JHKHeading2">
    <w:name w:val="JHK Heading 2"/>
    <w:basedOn w:val="Normal"/>
    <w:pPr>
      <w:spacing w:before="160" w:after="80"/>
      <w:jc w:val="left"/>
    </w:pPr>
    <w:rPr>
      <w:b/>
    </w:rPr>
  </w:style>
  <w:style w:type="paragraph" w:customStyle="1" w:styleId="JHKCaption">
    <w:name w:val="JHK Caption"/>
    <w:basedOn w:val="Normal"/>
    <w:pPr>
      <w:jc w:val="center"/>
    </w:pPr>
    <w:rPr>
      <w:i/>
      <w:sz w:val="20"/>
    </w:rPr>
  </w:style>
  <w:style w:type="character" w:styleId="Hyperlink">
    <w:name w:val="Hyperlink"/>
    <w:basedOn w:val="DefaultParagraphFont"/>
    <w:uiPriority w:val="99"/>
    <w:unhideWhenUsed/>
    <w:rsid w:val="003758FE"/>
    <w:rPr>
      <w:color w:val="0000FF" w:themeColor="hyperlink"/>
      <w:u w:val="single"/>
    </w:rPr>
  </w:style>
  <w:style w:type="character" w:styleId="UnresolvedMention">
    <w:name w:val="Unresolved Mention"/>
    <w:basedOn w:val="DefaultParagraphFont"/>
    <w:uiPriority w:val="99"/>
    <w:semiHidden/>
    <w:unhideWhenUsed/>
    <w:rsid w:val="003758FE"/>
    <w:rPr>
      <w:color w:val="605E5C"/>
      <w:shd w:val="clear" w:color="auto" w:fill="E1DFDD"/>
    </w:rPr>
  </w:style>
  <w:style w:type="paragraph" w:styleId="NormalWeb">
    <w:name w:val="Normal (Web)"/>
    <w:basedOn w:val="Normal"/>
    <w:uiPriority w:val="99"/>
    <w:semiHidden/>
    <w:unhideWhenUsed/>
    <w:rsid w:val="00B11C98"/>
    <w:pPr>
      <w:spacing w:before="100" w:beforeAutospacing="1" w:after="100" w:afterAutospacing="1" w:line="240" w:lineRule="auto"/>
      <w:jc w:val="left"/>
    </w:pPr>
    <w:rPr>
      <w:rFonts w:cs="Times New Roman"/>
      <w:szCs w:val="24"/>
      <w:lang w:val="en-ID" w:eastAsia="en-ID"/>
    </w:rPr>
  </w:style>
  <w:style w:type="paragraph" w:customStyle="1" w:styleId="FA-Paragraphtext">
    <w:name w:val="FA-Paragraph text"/>
    <w:basedOn w:val="Normal"/>
    <w:link w:val="FA-ParagraphtextChar"/>
    <w:qFormat/>
    <w:rsid w:val="00D270FE"/>
    <w:pPr>
      <w:spacing w:after="0" w:line="312" w:lineRule="auto"/>
      <w:ind w:firstLine="567"/>
    </w:pPr>
    <w:rPr>
      <w:rFonts w:eastAsiaTheme="minorHAnsi" w:cs="Times New Roman"/>
      <w:sz w:val="20"/>
      <w:szCs w:val="20"/>
      <w:lang w:val="en-GB"/>
    </w:rPr>
  </w:style>
  <w:style w:type="character" w:customStyle="1" w:styleId="FA-ParagraphtextChar">
    <w:name w:val="FA-Paragraph text Char"/>
    <w:basedOn w:val="DefaultParagraphFont"/>
    <w:link w:val="FA-Paragraphtext"/>
    <w:rsid w:val="00D270FE"/>
    <w:rPr>
      <w:rFonts w:ascii="Times New Roman" w:eastAsiaTheme="minorHAnsi" w:hAnsi="Times New Roman" w:cs="Times New Roman"/>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doi.org/10.1037/0000168-000" TargetMode="Externa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doi.org/10.1037/ppm0000185"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2B1726-C446-48D2-AC7B-4731B92147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4</Pages>
  <Words>1103</Words>
  <Characters>6292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Template Jurnal Hukum dan Keadilan OJS</vt:lpstr>
    </vt:vector>
  </TitlesOfParts>
  <Manager/>
  <Company/>
  <LinksUpToDate>false</LinksUpToDate>
  <CharactersWithSpaces>7381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Jurnal Hukum dan Keadilan OJS</dc:title>
  <dc:subject>Template naskah jurnal OJS</dc:subject>
  <dc:creator>ADSI Indonesia</dc:creator>
  <cp:keywords>Jurnal Hukum dan Keadilan, OJS, template artikel, hukum, keadilan</cp:keywords>
  <dc:description>Template dibuat berdasarkan kop/banner yang disediakan pengguna.</dc:description>
  <cp:lastModifiedBy>syamsul bachri</cp:lastModifiedBy>
  <cp:revision>21</cp:revision>
  <dcterms:created xsi:type="dcterms:W3CDTF">2013-12-23T23:15:00Z</dcterms:created>
  <dcterms:modified xsi:type="dcterms:W3CDTF">2026-07-28T13:37:00Z</dcterms:modified>
  <cp:category/>
</cp:coreProperties>
</file>